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F841D" w14:textId="77777777" w:rsidR="0006337B" w:rsidRPr="00D80F01" w:rsidRDefault="00E669C5" w:rsidP="00D80F01">
      <w:pPr>
        <w:pStyle w:val="a8"/>
        <w:pBdr>
          <w:bottom w:val="single" w:sz="8" w:space="0" w:color="4F81BD" w:themeColor="accent1"/>
        </w:pBdr>
        <w:jc w:val="center"/>
        <w:rPr>
          <w:rFonts w:eastAsia="맑은 고딕"/>
          <w:sz w:val="40"/>
          <w:szCs w:val="40"/>
          <w:lang w:eastAsia="ko-KR"/>
        </w:rPr>
      </w:pPr>
      <w:bookmarkStart w:id="0" w:name="_GoBack"/>
      <w:bookmarkEnd w:id="0"/>
      <w:r w:rsidRPr="00D80F01">
        <w:rPr>
          <w:rFonts w:ascii="맑은 고딕" w:eastAsia="맑은 고딕" w:hAnsi="맑은 고딕" w:cs="맑은 고딕" w:hint="eastAsia"/>
          <w:sz w:val="40"/>
          <w:szCs w:val="40"/>
          <w:lang w:eastAsia="ko-KR"/>
        </w:rPr>
        <w:t>만리현교회</w:t>
      </w:r>
      <w:r w:rsidRPr="00D80F01">
        <w:rPr>
          <w:sz w:val="40"/>
          <w:szCs w:val="40"/>
          <w:lang w:eastAsia="ko-KR"/>
        </w:rPr>
        <w:t xml:space="preserve"> </w:t>
      </w:r>
      <w:r w:rsidRPr="00D80F01">
        <w:rPr>
          <w:rFonts w:ascii="맑은 고딕" w:eastAsia="맑은 고딕" w:hAnsi="맑은 고딕" w:cs="맑은 고딕" w:hint="eastAsia"/>
          <w:sz w:val="40"/>
          <w:szCs w:val="40"/>
          <w:lang w:eastAsia="ko-KR"/>
        </w:rPr>
        <w:t>외국인</w:t>
      </w:r>
      <w:r w:rsidRPr="00D80F01">
        <w:rPr>
          <w:sz w:val="40"/>
          <w:szCs w:val="40"/>
          <w:lang w:eastAsia="ko-KR"/>
        </w:rPr>
        <w:t xml:space="preserve"> </w:t>
      </w:r>
      <w:r w:rsidRPr="00D80F01">
        <w:rPr>
          <w:rFonts w:ascii="맑은 고딕" w:eastAsia="맑은 고딕" w:hAnsi="맑은 고딕" w:cs="맑은 고딕" w:hint="eastAsia"/>
          <w:sz w:val="40"/>
          <w:szCs w:val="40"/>
          <w:lang w:eastAsia="ko-KR"/>
        </w:rPr>
        <w:t>유학생</w:t>
      </w:r>
      <w:r w:rsidRPr="00D80F01">
        <w:rPr>
          <w:sz w:val="40"/>
          <w:szCs w:val="40"/>
          <w:lang w:eastAsia="ko-KR"/>
        </w:rPr>
        <w:t xml:space="preserve"> </w:t>
      </w:r>
      <w:r w:rsidRPr="00D80F01">
        <w:rPr>
          <w:rFonts w:ascii="맑은 고딕" w:eastAsia="맑은 고딕" w:hAnsi="맑은 고딕" w:cs="맑은 고딕" w:hint="eastAsia"/>
          <w:sz w:val="40"/>
          <w:szCs w:val="40"/>
          <w:lang w:eastAsia="ko-KR"/>
        </w:rPr>
        <w:t>장학금</w:t>
      </w:r>
      <w:r w:rsidRPr="00D80F01">
        <w:rPr>
          <w:sz w:val="40"/>
          <w:szCs w:val="40"/>
          <w:lang w:eastAsia="ko-KR"/>
        </w:rPr>
        <w:t xml:space="preserve"> </w:t>
      </w:r>
      <w:r w:rsidRPr="00D80F01">
        <w:rPr>
          <w:rFonts w:ascii="맑은 고딕" w:eastAsia="맑은 고딕" w:hAnsi="맑은 고딕" w:cs="맑은 고딕" w:hint="eastAsia"/>
          <w:sz w:val="40"/>
          <w:szCs w:val="40"/>
          <w:lang w:eastAsia="ko-KR"/>
        </w:rPr>
        <w:t>지원서</w:t>
      </w:r>
      <w:r w:rsidRPr="00D80F01">
        <w:rPr>
          <w:sz w:val="40"/>
          <w:szCs w:val="40"/>
          <w:lang w:eastAsia="ko-KR"/>
        </w:rPr>
        <w:br/>
        <w:t>Manrihyeon Church Scholarship Application</w:t>
      </w:r>
    </w:p>
    <w:p w14:paraId="4665994B" w14:textId="748065AD" w:rsidR="0006337B" w:rsidRPr="00BD279C" w:rsidRDefault="0006337B" w:rsidP="00D80F01">
      <w:pPr>
        <w:pStyle w:val="a8"/>
        <w:pBdr>
          <w:bottom w:val="single" w:sz="8" w:space="0" w:color="4F81BD" w:themeColor="accent1"/>
        </w:pBdr>
        <w:ind w:firstLineChars="200" w:firstLine="450"/>
        <w:rPr>
          <w:rFonts w:eastAsia="맑은 고딕"/>
          <w:color w:val="auto"/>
          <w:sz w:val="44"/>
          <w:szCs w:val="44"/>
          <w:lang w:eastAsia="ko-KR"/>
        </w:rPr>
      </w:pPr>
      <w:r w:rsidRPr="0006337B">
        <w:rPr>
          <w:rFonts w:ascii="맑은 고딕" w:eastAsia="맑은 고딕" w:hAnsi="맑은 고딕" w:cs="맑은 고딕" w:hint="eastAsia"/>
          <w:color w:val="auto"/>
          <w:sz w:val="22"/>
          <w:szCs w:val="22"/>
          <w:lang w:eastAsia="ko-KR"/>
        </w:rPr>
        <w:t>※</w:t>
      </w:r>
      <w:r w:rsidRPr="0006337B">
        <w:rPr>
          <w:rFonts w:asciiTheme="minorHAnsi" w:eastAsiaTheme="minorEastAsia" w:hAnsiTheme="minorHAnsi" w:cstheme="minorBidi"/>
          <w:color w:val="auto"/>
          <w:sz w:val="22"/>
          <w:szCs w:val="22"/>
          <w:lang w:eastAsia="ko-KR"/>
        </w:rPr>
        <w:t xml:space="preserve"> </w:t>
      </w:r>
      <w:r w:rsidR="008C09C7" w:rsidRPr="008C09C7">
        <w:rPr>
          <w:rFonts w:ascii="맑은 고딕" w:eastAsia="맑은 고딕" w:hAnsi="맑은 고딕" w:cs="맑은 고딕"/>
          <w:color w:val="auto"/>
          <w:sz w:val="22"/>
          <w:szCs w:val="22"/>
          <w:lang w:eastAsia="ko-KR"/>
        </w:rPr>
        <w:t>본 지원서는 숙명여자대학교 국제처</w:t>
      </w:r>
      <w:r w:rsidR="00620FD3">
        <w:rPr>
          <w:rFonts w:ascii="맑은 고딕" w:eastAsia="맑은 고딕" w:hAnsi="맑은 고딕" w:cs="맑은 고딕" w:hint="eastAsia"/>
          <w:color w:val="auto"/>
          <w:sz w:val="22"/>
          <w:szCs w:val="22"/>
          <w:lang w:eastAsia="ko-KR"/>
        </w:rPr>
        <w:t xml:space="preserve"> 유학</w:t>
      </w:r>
      <w:r w:rsidR="006427E6">
        <w:rPr>
          <w:rFonts w:ascii="맑은 고딕" w:eastAsia="맑은 고딕" w:hAnsi="맑은 고딕" w:cs="맑은 고딕" w:hint="eastAsia"/>
          <w:color w:val="auto"/>
          <w:sz w:val="22"/>
          <w:szCs w:val="22"/>
          <w:lang w:eastAsia="ko-KR"/>
        </w:rPr>
        <w:t>생</w:t>
      </w:r>
      <w:r w:rsidR="00620FD3">
        <w:rPr>
          <w:rFonts w:ascii="맑은 고딕" w:eastAsia="맑은 고딕" w:hAnsi="맑은 고딕" w:cs="맑은 고딕" w:hint="eastAsia"/>
          <w:color w:val="auto"/>
          <w:sz w:val="22"/>
          <w:szCs w:val="22"/>
          <w:lang w:eastAsia="ko-KR"/>
        </w:rPr>
        <w:t>서비스팀을</w:t>
      </w:r>
      <w:r w:rsidR="008C09C7" w:rsidRPr="008C09C7">
        <w:rPr>
          <w:rFonts w:ascii="맑은 고딕" w:eastAsia="맑은 고딕" w:hAnsi="맑은 고딕" w:cs="맑은 고딕"/>
          <w:color w:val="auto"/>
          <w:sz w:val="22"/>
          <w:szCs w:val="22"/>
          <w:lang w:eastAsia="ko-KR"/>
        </w:rPr>
        <w:t xml:space="preserve"> 통해 접수되며, 장학생 선발 및 장학금 </w:t>
      </w:r>
      <w:r w:rsidR="008C09C7" w:rsidRPr="00BD279C">
        <w:rPr>
          <w:rFonts w:ascii="맑은 고딕" w:eastAsia="맑은 고딕" w:hAnsi="맑은 고딕" w:cs="맑은 고딕"/>
          <w:color w:val="auto"/>
          <w:sz w:val="22"/>
          <w:szCs w:val="22"/>
          <w:lang w:eastAsia="ko-KR"/>
        </w:rPr>
        <w:t>지급은 만리현교회</w:t>
      </w:r>
      <w:r w:rsidR="00DF410D" w:rsidRPr="00BD279C">
        <w:rPr>
          <w:rFonts w:ascii="맑은 고딕" w:eastAsia="맑은 고딕" w:hAnsi="맑은 고딕" w:cs="맑은 고딕" w:hint="eastAsia"/>
          <w:color w:val="auto"/>
          <w:sz w:val="22"/>
          <w:szCs w:val="22"/>
          <w:lang w:eastAsia="ko-KR"/>
        </w:rPr>
        <w:t xml:space="preserve"> 장</w:t>
      </w:r>
      <w:r w:rsidR="008F7865">
        <w:rPr>
          <w:rFonts w:ascii="맑은 고딕" w:eastAsia="맑은 고딕" w:hAnsi="맑은 고딕" w:cs="맑은 고딕" w:hint="eastAsia"/>
          <w:color w:val="auto"/>
          <w:sz w:val="22"/>
          <w:szCs w:val="22"/>
          <w:lang w:eastAsia="ko-KR"/>
        </w:rPr>
        <w:t>학</w:t>
      </w:r>
      <w:r w:rsidR="00DF410D" w:rsidRPr="00BD279C">
        <w:rPr>
          <w:rFonts w:ascii="맑은 고딕" w:eastAsia="맑은 고딕" w:hAnsi="맑은 고딕" w:cs="맑은 고딕" w:hint="eastAsia"/>
          <w:color w:val="auto"/>
          <w:sz w:val="22"/>
          <w:szCs w:val="22"/>
          <w:lang w:eastAsia="ko-KR"/>
        </w:rPr>
        <w:t>회</w:t>
      </w:r>
      <w:r w:rsidR="008C09C7" w:rsidRPr="00BD279C">
        <w:rPr>
          <w:rFonts w:ascii="맑은 고딕" w:eastAsia="맑은 고딕" w:hAnsi="맑은 고딕" w:cs="맑은 고딕"/>
          <w:color w:val="auto"/>
          <w:sz w:val="22"/>
          <w:szCs w:val="22"/>
          <w:lang w:eastAsia="ko-KR"/>
        </w:rPr>
        <w:t>에서 진행됩니다.</w:t>
      </w:r>
    </w:p>
    <w:p w14:paraId="1D75DB07" w14:textId="3C6BA25D" w:rsidR="00191746" w:rsidRDefault="00E669C5">
      <w:pPr>
        <w:pStyle w:val="1"/>
        <w:rPr>
          <w:rFonts w:eastAsia="맑은 고딕"/>
          <w:lang w:eastAsia="ko-KR"/>
        </w:rPr>
      </w:pPr>
      <w:r>
        <w:rPr>
          <w:lang w:eastAsia="ko-KR"/>
        </w:rPr>
        <w:t xml:space="preserve">1. </w:t>
      </w:r>
      <w:r w:rsidR="0006337B" w:rsidRPr="0006337B">
        <w:rPr>
          <w:rFonts w:ascii="맑은 고딕" w:eastAsia="맑은 고딕" w:hAnsi="맑은 고딕" w:cs="맑은 고딕" w:hint="eastAsia"/>
          <w:lang w:eastAsia="ko-KR"/>
        </w:rPr>
        <w:t>지원자</w:t>
      </w:r>
      <w:r w:rsidR="0006337B" w:rsidRPr="0006337B">
        <w:rPr>
          <w:lang w:eastAsia="ko-KR"/>
        </w:rPr>
        <w:t xml:space="preserve"> </w:t>
      </w:r>
      <w:r w:rsidR="0006337B" w:rsidRPr="0006337B">
        <w:rPr>
          <w:rFonts w:ascii="맑은 고딕" w:eastAsia="맑은 고딕" w:hAnsi="맑은 고딕" w:cs="맑은 고딕" w:hint="eastAsia"/>
          <w:lang w:eastAsia="ko-KR"/>
        </w:rPr>
        <w:t>기본정보</w:t>
      </w:r>
      <w:r w:rsidR="0006337B" w:rsidRPr="0006337B">
        <w:rPr>
          <w:lang w:eastAsia="ko-KR"/>
        </w:rPr>
        <w:t xml:space="preserve"> </w:t>
      </w:r>
      <w:r w:rsidR="00F74364">
        <w:rPr>
          <w:lang w:eastAsia="ko-KR"/>
        </w:rPr>
        <w:t>/</w:t>
      </w:r>
      <w:r w:rsidR="0006337B" w:rsidRPr="0006337B">
        <w:rPr>
          <w:lang w:eastAsia="ko-KR"/>
        </w:rPr>
        <w:t>Applicant Information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06337B" w14:paraId="49894AAA" w14:textId="77777777" w:rsidTr="00F74364">
        <w:trPr>
          <w:trHeight w:val="496"/>
        </w:trPr>
        <w:tc>
          <w:tcPr>
            <w:tcW w:w="3397" w:type="dxa"/>
          </w:tcPr>
          <w:p w14:paraId="18ADF5AC" w14:textId="7EE0D1B3" w:rsidR="0006337B" w:rsidRDefault="0006337B" w:rsidP="0006337B">
            <w:pPr>
              <w:rPr>
                <w:rFonts w:eastAsia="맑은 고딕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</w:rPr>
              <w:t>성명</w:t>
            </w:r>
            <w:r>
              <w:t xml:space="preserve"> / Name</w:t>
            </w:r>
          </w:p>
        </w:tc>
        <w:tc>
          <w:tcPr>
            <w:tcW w:w="5233" w:type="dxa"/>
          </w:tcPr>
          <w:p w14:paraId="64B687EC" w14:textId="77777777" w:rsidR="0006337B" w:rsidRDefault="0006337B" w:rsidP="0006337B">
            <w:pPr>
              <w:rPr>
                <w:rFonts w:eastAsia="맑은 고딕"/>
                <w:lang w:eastAsia="ko-KR"/>
              </w:rPr>
            </w:pPr>
          </w:p>
        </w:tc>
      </w:tr>
      <w:tr w:rsidR="0006337B" w14:paraId="2939365F" w14:textId="77777777" w:rsidTr="00F74364">
        <w:trPr>
          <w:trHeight w:val="496"/>
        </w:trPr>
        <w:tc>
          <w:tcPr>
            <w:tcW w:w="3397" w:type="dxa"/>
          </w:tcPr>
          <w:p w14:paraId="3302451C" w14:textId="11A56E9E" w:rsidR="0006337B" w:rsidRDefault="0006337B" w:rsidP="0006337B">
            <w:pPr>
              <w:rPr>
                <w:rFonts w:eastAsia="맑은 고딕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>학번</w:t>
            </w:r>
            <w:r>
              <w:rPr>
                <w:rFonts w:eastAsia="맑은 고딕" w:hint="eastAsia"/>
                <w:lang w:eastAsia="ko-KR"/>
              </w:rPr>
              <w:t xml:space="preserve"> / </w:t>
            </w:r>
            <w:r w:rsidRPr="0006337B">
              <w:t>Student ID</w:t>
            </w:r>
          </w:p>
        </w:tc>
        <w:tc>
          <w:tcPr>
            <w:tcW w:w="5233" w:type="dxa"/>
          </w:tcPr>
          <w:p w14:paraId="7922057B" w14:textId="77777777" w:rsidR="0006337B" w:rsidRDefault="0006337B" w:rsidP="0006337B">
            <w:pPr>
              <w:rPr>
                <w:rFonts w:eastAsia="맑은 고딕"/>
                <w:lang w:eastAsia="ko-KR"/>
              </w:rPr>
            </w:pPr>
          </w:p>
        </w:tc>
      </w:tr>
      <w:tr w:rsidR="0006337B" w14:paraId="07720949" w14:textId="77777777" w:rsidTr="00F74364">
        <w:trPr>
          <w:trHeight w:val="496"/>
        </w:trPr>
        <w:tc>
          <w:tcPr>
            <w:tcW w:w="3397" w:type="dxa"/>
          </w:tcPr>
          <w:p w14:paraId="12E7A990" w14:textId="5A4954C4" w:rsidR="0006337B" w:rsidRDefault="0006337B" w:rsidP="0006337B">
            <w:pPr>
              <w:rPr>
                <w:rFonts w:eastAsia="맑은 고딕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</w:rPr>
              <w:t>국적</w:t>
            </w:r>
            <w:r>
              <w:t xml:space="preserve"> / Nationality</w:t>
            </w:r>
          </w:p>
        </w:tc>
        <w:tc>
          <w:tcPr>
            <w:tcW w:w="5233" w:type="dxa"/>
          </w:tcPr>
          <w:p w14:paraId="5C60C4FD" w14:textId="77777777" w:rsidR="0006337B" w:rsidRDefault="0006337B" w:rsidP="0006337B">
            <w:pPr>
              <w:rPr>
                <w:rFonts w:eastAsia="맑은 고딕"/>
                <w:lang w:eastAsia="ko-KR"/>
              </w:rPr>
            </w:pPr>
          </w:p>
        </w:tc>
      </w:tr>
      <w:tr w:rsidR="0006337B" w14:paraId="3BF661CC" w14:textId="77777777" w:rsidTr="00F74364">
        <w:trPr>
          <w:trHeight w:val="496"/>
        </w:trPr>
        <w:tc>
          <w:tcPr>
            <w:tcW w:w="3397" w:type="dxa"/>
          </w:tcPr>
          <w:p w14:paraId="3CDAF429" w14:textId="57F5A7CF" w:rsidR="0006337B" w:rsidRPr="00BD279C" w:rsidRDefault="00057ECC" w:rsidP="0006337B">
            <w:pPr>
              <w:rPr>
                <w:rFonts w:eastAsia="맑은 고딕"/>
                <w:lang w:eastAsia="ko-KR"/>
              </w:rPr>
            </w:pPr>
            <w:r w:rsidRPr="00BD279C">
              <w:rPr>
                <w:rFonts w:eastAsia="맑은 고딕" w:cs="맑은 고딕"/>
                <w:lang w:eastAsia="ko-KR"/>
              </w:rPr>
              <w:t>과정</w:t>
            </w:r>
            <w:r w:rsidRPr="00BD279C">
              <w:rPr>
                <w:rFonts w:eastAsia="맑은 고딕" w:cs="맑은 고딕"/>
                <w:lang w:eastAsia="ko-KR"/>
              </w:rPr>
              <w:t>(</w:t>
            </w:r>
            <w:r w:rsidRPr="00BD279C">
              <w:rPr>
                <w:rFonts w:eastAsia="맑은 고딕" w:cs="맑은 고딕"/>
                <w:lang w:eastAsia="ko-KR"/>
              </w:rPr>
              <w:t>학부</w:t>
            </w:r>
            <w:r w:rsidRPr="00BD279C">
              <w:rPr>
                <w:rFonts w:eastAsia="맑은 고딕" w:cs="맑은 고딕"/>
                <w:lang w:eastAsia="ko-KR"/>
              </w:rPr>
              <w:t>/</w:t>
            </w:r>
            <w:r w:rsidRPr="00BD279C">
              <w:rPr>
                <w:rFonts w:eastAsia="맑은 고딕" w:cs="맑은 고딕"/>
                <w:lang w:eastAsia="ko-KR"/>
              </w:rPr>
              <w:t>대학원</w:t>
            </w:r>
            <w:r w:rsidRPr="00BD279C">
              <w:rPr>
                <w:rFonts w:eastAsia="맑은 고딕" w:cs="맑은 고딕"/>
                <w:lang w:eastAsia="ko-KR"/>
              </w:rPr>
              <w:t>) / Program</w:t>
            </w:r>
          </w:p>
        </w:tc>
        <w:tc>
          <w:tcPr>
            <w:tcW w:w="5233" w:type="dxa"/>
          </w:tcPr>
          <w:p w14:paraId="36D59D0A" w14:textId="77777777" w:rsidR="0006337B" w:rsidRDefault="0006337B" w:rsidP="0006337B">
            <w:pPr>
              <w:rPr>
                <w:rFonts w:eastAsia="맑은 고딕"/>
                <w:lang w:eastAsia="ko-KR"/>
              </w:rPr>
            </w:pPr>
          </w:p>
        </w:tc>
      </w:tr>
      <w:tr w:rsidR="0006337B" w14:paraId="36F7DE24" w14:textId="77777777" w:rsidTr="00F74364">
        <w:trPr>
          <w:trHeight w:val="496"/>
        </w:trPr>
        <w:tc>
          <w:tcPr>
            <w:tcW w:w="3397" w:type="dxa"/>
          </w:tcPr>
          <w:p w14:paraId="7612AECA" w14:textId="0633A192" w:rsidR="0006337B" w:rsidRPr="00057ECC" w:rsidRDefault="00057ECC" w:rsidP="0006337B">
            <w:pPr>
              <w:rPr>
                <w:rFonts w:eastAsia="맑은 고딕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</w:rPr>
              <w:t>학과</w:t>
            </w:r>
            <w:r>
              <w:t xml:space="preserve"> / Major</w:t>
            </w:r>
          </w:p>
        </w:tc>
        <w:tc>
          <w:tcPr>
            <w:tcW w:w="5233" w:type="dxa"/>
          </w:tcPr>
          <w:p w14:paraId="45C879DD" w14:textId="77777777" w:rsidR="0006337B" w:rsidRDefault="0006337B" w:rsidP="0006337B">
            <w:pPr>
              <w:rPr>
                <w:rFonts w:eastAsia="맑은 고딕"/>
                <w:lang w:eastAsia="ko-KR"/>
              </w:rPr>
            </w:pPr>
          </w:p>
        </w:tc>
      </w:tr>
      <w:tr w:rsidR="0006337B" w14:paraId="780734AB" w14:textId="77777777" w:rsidTr="00F74364">
        <w:trPr>
          <w:trHeight w:val="496"/>
        </w:trPr>
        <w:tc>
          <w:tcPr>
            <w:tcW w:w="3397" w:type="dxa"/>
          </w:tcPr>
          <w:p w14:paraId="5E11D029" w14:textId="2681FCC8" w:rsidR="0006337B" w:rsidRDefault="0006337B" w:rsidP="0006337B">
            <w:pPr>
              <w:rPr>
                <w:rFonts w:eastAsia="맑은 고딕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</w:rPr>
              <w:t>학년</w:t>
            </w:r>
            <w:r>
              <w:t xml:space="preserve"> / Year</w:t>
            </w:r>
          </w:p>
        </w:tc>
        <w:tc>
          <w:tcPr>
            <w:tcW w:w="5233" w:type="dxa"/>
          </w:tcPr>
          <w:p w14:paraId="6C6BA0DD" w14:textId="77777777" w:rsidR="0006337B" w:rsidRDefault="0006337B" w:rsidP="0006337B">
            <w:pPr>
              <w:rPr>
                <w:rFonts w:eastAsia="맑은 고딕"/>
                <w:lang w:eastAsia="ko-KR"/>
              </w:rPr>
            </w:pPr>
          </w:p>
        </w:tc>
      </w:tr>
      <w:tr w:rsidR="0006337B" w14:paraId="041FF15B" w14:textId="77777777" w:rsidTr="00F74364">
        <w:trPr>
          <w:trHeight w:val="496"/>
        </w:trPr>
        <w:tc>
          <w:tcPr>
            <w:tcW w:w="3397" w:type="dxa"/>
          </w:tcPr>
          <w:p w14:paraId="477C8406" w14:textId="2298DBF3" w:rsidR="0006337B" w:rsidRPr="009845D7" w:rsidRDefault="0006337B" w:rsidP="0006337B">
            <w:pPr>
              <w:rPr>
                <w:rFonts w:eastAsia="맑은 고딕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</w:rPr>
              <w:t>연락처</w:t>
            </w:r>
            <w:r>
              <w:t xml:space="preserve"> / Mobile</w:t>
            </w:r>
            <w:r w:rsidR="009845D7">
              <w:rPr>
                <w:rFonts w:eastAsia="맑은 고딕" w:hint="eastAsia"/>
                <w:lang w:eastAsia="ko-KR"/>
              </w:rPr>
              <w:t>(010-0000-0000)</w:t>
            </w:r>
          </w:p>
        </w:tc>
        <w:tc>
          <w:tcPr>
            <w:tcW w:w="5233" w:type="dxa"/>
          </w:tcPr>
          <w:p w14:paraId="0EE1B66B" w14:textId="4325DF68" w:rsidR="0006337B" w:rsidRDefault="0006337B" w:rsidP="0006337B">
            <w:pPr>
              <w:rPr>
                <w:rFonts w:eastAsia="맑은 고딕"/>
                <w:lang w:eastAsia="ko-KR"/>
              </w:rPr>
            </w:pPr>
          </w:p>
        </w:tc>
      </w:tr>
      <w:tr w:rsidR="0006337B" w14:paraId="65413596" w14:textId="77777777" w:rsidTr="00F74364">
        <w:trPr>
          <w:trHeight w:val="473"/>
        </w:trPr>
        <w:tc>
          <w:tcPr>
            <w:tcW w:w="3397" w:type="dxa"/>
          </w:tcPr>
          <w:p w14:paraId="587AD24D" w14:textId="17E668B4" w:rsidR="0006337B" w:rsidRDefault="0006337B" w:rsidP="0006337B">
            <w:pPr>
              <w:rPr>
                <w:rFonts w:eastAsia="맑은 고딕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</w:rPr>
              <w:t>이메일</w:t>
            </w:r>
            <w:r>
              <w:t xml:space="preserve"> / Email</w:t>
            </w:r>
          </w:p>
        </w:tc>
        <w:tc>
          <w:tcPr>
            <w:tcW w:w="5233" w:type="dxa"/>
          </w:tcPr>
          <w:p w14:paraId="7AE2AE2F" w14:textId="77777777" w:rsidR="0006337B" w:rsidRDefault="0006337B" w:rsidP="0006337B">
            <w:pPr>
              <w:rPr>
                <w:rFonts w:eastAsia="맑은 고딕"/>
                <w:lang w:eastAsia="ko-KR"/>
              </w:rPr>
            </w:pPr>
          </w:p>
        </w:tc>
      </w:tr>
    </w:tbl>
    <w:p w14:paraId="14160F8E" w14:textId="77777777" w:rsidR="0006337B" w:rsidRPr="0006337B" w:rsidRDefault="0006337B" w:rsidP="0006337B">
      <w:pPr>
        <w:rPr>
          <w:rFonts w:eastAsia="맑은 고딕"/>
          <w:lang w:eastAsia="ko-KR"/>
        </w:rPr>
      </w:pPr>
    </w:p>
    <w:p w14:paraId="6ED890E0" w14:textId="272E232E" w:rsidR="00237860" w:rsidRPr="00FB6548" w:rsidRDefault="00D80F01" w:rsidP="00237860">
      <w:pPr>
        <w:pStyle w:val="21"/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</w:pPr>
      <w:r>
        <w:rPr>
          <w:rFonts w:eastAsia="맑은 고딕" w:cstheme="majorHAnsi" w:hint="eastAsia"/>
          <w:color w:val="365F91" w:themeColor="accent1" w:themeShade="BF"/>
          <w:sz w:val="28"/>
          <w:szCs w:val="28"/>
          <w:lang w:eastAsia="ko-KR"/>
        </w:rPr>
        <w:t>2</w:t>
      </w:r>
      <w:r w:rsidR="00237860" w:rsidRPr="00FB6548">
        <w:rPr>
          <w:rFonts w:cstheme="majorHAnsi"/>
          <w:color w:val="365F91" w:themeColor="accent1" w:themeShade="BF"/>
          <w:sz w:val="28"/>
          <w:szCs w:val="28"/>
          <w:lang w:eastAsia="ko-KR"/>
        </w:rPr>
        <w:t xml:space="preserve">. 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>장학금</w:t>
      </w:r>
      <w:r w:rsidR="00237860" w:rsidRPr="00FB6548">
        <w:rPr>
          <w:rFonts w:cstheme="majorHAnsi"/>
          <w:color w:val="365F91" w:themeColor="accent1" w:themeShade="BF"/>
          <w:sz w:val="28"/>
          <w:szCs w:val="28"/>
          <w:lang w:eastAsia="ko-KR"/>
        </w:rPr>
        <w:t xml:space="preserve"> 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>지원동기</w:t>
      </w:r>
      <w:r w:rsidR="00237860" w:rsidRPr="00FB6548">
        <w:rPr>
          <w:rFonts w:cstheme="majorHAnsi"/>
          <w:color w:val="365F91" w:themeColor="accent1" w:themeShade="BF"/>
          <w:sz w:val="28"/>
          <w:szCs w:val="28"/>
          <w:lang w:eastAsia="ko-KR"/>
        </w:rPr>
        <w:t xml:space="preserve"> / Statement of Purpose</w:t>
      </w:r>
    </w:p>
    <w:p w14:paraId="0B73E50C" w14:textId="2AAEC3BA" w:rsidR="00237860" w:rsidRPr="00237860" w:rsidRDefault="00237860" w:rsidP="00237860">
      <w:pPr>
        <w:rPr>
          <w:rFonts w:eastAsia="맑은 고딕"/>
          <w:lang w:eastAsia="ko-KR"/>
        </w:rPr>
      </w:pPr>
      <w:r w:rsidRPr="00237860">
        <w:rPr>
          <w:rFonts w:eastAsia="맑은 고딕"/>
          <w:b/>
          <w:bCs/>
          <w:lang w:eastAsia="ko-KR"/>
        </w:rPr>
        <w:t>본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장학금에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지원하게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된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이유를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자유롭게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작성해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주십시오</w:t>
      </w:r>
      <w:r w:rsidRPr="00237860">
        <w:rPr>
          <w:rFonts w:eastAsia="맑은 고딕"/>
          <w:b/>
          <w:bCs/>
          <w:lang w:eastAsia="ko-KR"/>
        </w:rPr>
        <w:t>.</w:t>
      </w:r>
      <w:r>
        <w:rPr>
          <w:rFonts w:eastAsia="맑은 고딕" w:hint="eastAsia"/>
          <w:b/>
          <w:bCs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(500</w:t>
      </w:r>
      <w:r w:rsidRPr="00237860">
        <w:rPr>
          <w:rFonts w:eastAsia="맑은 고딕"/>
          <w:lang w:eastAsia="ko-KR"/>
        </w:rPr>
        <w:t>자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이내</w:t>
      </w:r>
      <w:r w:rsidRPr="00237860">
        <w:rPr>
          <w:rFonts w:eastAsia="맑은 고딕"/>
          <w:lang w:eastAsia="ko-KR"/>
        </w:rPr>
        <w:t>)</w:t>
      </w:r>
    </w:p>
    <w:p w14:paraId="053AC9E7" w14:textId="4CC7586E" w:rsidR="00237860" w:rsidRDefault="00237860" w:rsidP="00237860">
      <w:pPr>
        <w:rPr>
          <w:lang w:eastAsia="ko-KR"/>
        </w:rPr>
      </w:pPr>
      <w:r>
        <w:rPr>
          <w:lang w:eastAsia="ko-KR"/>
        </w:rPr>
        <w:t>________________________________________________________________________</w:t>
      </w:r>
      <w:r>
        <w:rPr>
          <w:rFonts w:eastAsia="맑은 고딕" w:hint="eastAsia"/>
          <w:lang w:eastAsia="ko-KR"/>
        </w:rPr>
        <w:t>________________________</w:t>
      </w:r>
      <w:r>
        <w:rPr>
          <w:lang w:eastAsia="ko-KR"/>
        </w:rPr>
        <w:t>____</w:t>
      </w:r>
    </w:p>
    <w:p w14:paraId="3B606561" w14:textId="1AA5531E" w:rsidR="00237860" w:rsidRDefault="00237860" w:rsidP="00237860">
      <w:pPr>
        <w:rPr>
          <w:lang w:eastAsia="ko-KR"/>
        </w:rPr>
      </w:pPr>
      <w:r>
        <w:rPr>
          <w:lang w:eastAsia="ko-KR"/>
        </w:rPr>
        <w:t>___________________________________________________________________</w:t>
      </w:r>
      <w:r>
        <w:rPr>
          <w:rFonts w:eastAsia="맑은 고딕" w:hint="eastAsia"/>
          <w:lang w:eastAsia="ko-KR"/>
        </w:rPr>
        <w:t>________________________</w:t>
      </w:r>
      <w:r>
        <w:rPr>
          <w:lang w:eastAsia="ko-KR"/>
        </w:rPr>
        <w:t>_________</w:t>
      </w:r>
    </w:p>
    <w:p w14:paraId="7C1E187F" w14:textId="1AA4FE1E" w:rsidR="00237860" w:rsidRDefault="00237860" w:rsidP="00237860">
      <w:pPr>
        <w:rPr>
          <w:lang w:eastAsia="ko-KR"/>
        </w:rPr>
      </w:pPr>
      <w:r>
        <w:rPr>
          <w:lang w:eastAsia="ko-KR"/>
        </w:rPr>
        <w:t>_________________________________________________________________</w:t>
      </w:r>
      <w:r>
        <w:rPr>
          <w:rFonts w:eastAsia="맑은 고딕" w:hint="eastAsia"/>
          <w:lang w:eastAsia="ko-KR"/>
        </w:rPr>
        <w:t>________________________</w:t>
      </w:r>
      <w:r>
        <w:rPr>
          <w:lang w:eastAsia="ko-KR"/>
        </w:rPr>
        <w:t>___________</w:t>
      </w:r>
    </w:p>
    <w:p w14:paraId="299EAD4F" w14:textId="6318A862" w:rsidR="00237860" w:rsidRDefault="00237860" w:rsidP="00237860">
      <w:pPr>
        <w:rPr>
          <w:lang w:eastAsia="ko-KR"/>
        </w:rPr>
      </w:pPr>
      <w:r>
        <w:rPr>
          <w:lang w:eastAsia="ko-KR"/>
        </w:rPr>
        <w:t>___________________________________________________________________</w:t>
      </w:r>
      <w:r>
        <w:rPr>
          <w:rFonts w:eastAsia="맑은 고딕" w:hint="eastAsia"/>
          <w:lang w:eastAsia="ko-KR"/>
        </w:rPr>
        <w:t>________________________</w:t>
      </w:r>
      <w:r>
        <w:rPr>
          <w:lang w:eastAsia="ko-KR"/>
        </w:rPr>
        <w:t>_________</w:t>
      </w:r>
    </w:p>
    <w:p w14:paraId="476B7C33" w14:textId="175CF146" w:rsidR="00237860" w:rsidRDefault="00237860" w:rsidP="00237860">
      <w:pPr>
        <w:rPr>
          <w:lang w:eastAsia="ko-KR"/>
        </w:rPr>
      </w:pPr>
      <w:r>
        <w:rPr>
          <w:lang w:eastAsia="ko-KR"/>
        </w:rPr>
        <w:t>_________________________________________________________</w:t>
      </w:r>
      <w:r>
        <w:rPr>
          <w:rFonts w:eastAsia="맑은 고딕" w:hint="eastAsia"/>
          <w:lang w:eastAsia="ko-KR"/>
        </w:rPr>
        <w:t>________________________</w:t>
      </w:r>
      <w:r>
        <w:rPr>
          <w:lang w:eastAsia="ko-KR"/>
        </w:rPr>
        <w:t>___________________</w:t>
      </w:r>
    </w:p>
    <w:p w14:paraId="6A641410" w14:textId="52BCB001" w:rsidR="00237860" w:rsidRDefault="00213F7F">
      <w:pPr>
        <w:rPr>
          <w:lang w:eastAsia="ko-KR"/>
        </w:rPr>
      </w:pPr>
      <w:r>
        <w:rPr>
          <w:lang w:eastAsia="ko-KR"/>
        </w:rPr>
        <w:t>________________________________________________________</w:t>
      </w:r>
      <w:r>
        <w:rPr>
          <w:rFonts w:eastAsia="맑은 고딕" w:hint="eastAsia"/>
          <w:lang w:eastAsia="ko-KR"/>
        </w:rPr>
        <w:t>________________________</w:t>
      </w:r>
      <w:r>
        <w:rPr>
          <w:lang w:eastAsia="ko-KR"/>
        </w:rPr>
        <w:t>____________________</w:t>
      </w:r>
    </w:p>
    <w:p w14:paraId="2BB8FCF1" w14:textId="224739C1" w:rsidR="00F74364" w:rsidRDefault="00F74364">
      <w:pPr>
        <w:rPr>
          <w:rFonts w:eastAsia="맑은 고딕"/>
          <w:lang w:eastAsia="ko-KR"/>
        </w:rPr>
      </w:pPr>
      <w:r>
        <w:rPr>
          <w:lang w:eastAsia="ko-KR"/>
        </w:rPr>
        <w:t>________________________________________________________</w:t>
      </w:r>
      <w:r>
        <w:rPr>
          <w:rFonts w:eastAsia="맑은 고딕" w:hint="eastAsia"/>
          <w:lang w:eastAsia="ko-KR"/>
        </w:rPr>
        <w:t>________________________</w:t>
      </w:r>
      <w:r>
        <w:rPr>
          <w:lang w:eastAsia="ko-KR"/>
        </w:rPr>
        <w:t>____________________</w:t>
      </w:r>
    </w:p>
    <w:p w14:paraId="5A7662E1" w14:textId="4F54B44B" w:rsidR="00237860" w:rsidRPr="00FB6548" w:rsidRDefault="00D80F01" w:rsidP="00237860">
      <w:pPr>
        <w:pStyle w:val="21"/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</w:pPr>
      <w:r>
        <w:rPr>
          <w:rFonts w:eastAsia="맑은 고딕" w:cstheme="majorHAnsi" w:hint="eastAsia"/>
          <w:color w:val="365F91" w:themeColor="accent1" w:themeShade="BF"/>
          <w:sz w:val="28"/>
          <w:szCs w:val="28"/>
          <w:lang w:eastAsia="ko-KR"/>
        </w:rPr>
        <w:lastRenderedPageBreak/>
        <w:t>3</w:t>
      </w:r>
      <w:r w:rsidR="00237860" w:rsidRPr="00FB6548">
        <w:rPr>
          <w:rFonts w:cstheme="majorHAnsi"/>
          <w:color w:val="365F91" w:themeColor="accent1" w:themeShade="BF"/>
          <w:sz w:val="28"/>
          <w:szCs w:val="28"/>
          <w:lang w:eastAsia="ko-KR"/>
        </w:rPr>
        <w:t xml:space="preserve">. 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>자기소개</w:t>
      </w:r>
      <w:r w:rsidR="00237860" w:rsidRPr="00FB6548">
        <w:rPr>
          <w:rFonts w:cstheme="majorHAnsi"/>
          <w:color w:val="365F91" w:themeColor="accent1" w:themeShade="BF"/>
          <w:sz w:val="28"/>
          <w:szCs w:val="28"/>
          <w:lang w:eastAsia="ko-KR"/>
        </w:rPr>
        <w:t xml:space="preserve"> / </w:t>
      </w:r>
      <w:r w:rsidR="00A323CC" w:rsidRPr="00A323CC">
        <w:rPr>
          <w:rFonts w:cstheme="majorHAnsi"/>
          <w:color w:val="365F91" w:themeColor="accent1" w:themeShade="BF"/>
          <w:sz w:val="28"/>
          <w:szCs w:val="28"/>
          <w:lang w:eastAsia="ko-KR"/>
        </w:rPr>
        <w:t>Personal Statement</w:t>
      </w:r>
    </w:p>
    <w:p w14:paraId="6BC8D211" w14:textId="3922C312" w:rsidR="00237860" w:rsidRPr="00235E64" w:rsidRDefault="00237860" w:rsidP="00237860">
      <w:pPr>
        <w:rPr>
          <w:rFonts w:eastAsia="맑은 고딕"/>
          <w:b/>
          <w:bCs/>
          <w:lang w:eastAsia="ko-KR"/>
        </w:rPr>
      </w:pPr>
      <w:r w:rsidRPr="00237860">
        <w:rPr>
          <w:rFonts w:eastAsia="맑은 고딕"/>
          <w:b/>
          <w:bCs/>
          <w:lang w:eastAsia="ko-KR"/>
        </w:rPr>
        <w:t>본인에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대해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자유롭게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소개해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주십시오</w:t>
      </w:r>
      <w:r w:rsidRPr="00237860">
        <w:rPr>
          <w:rFonts w:eastAsia="맑은 고딕"/>
          <w:b/>
          <w:bCs/>
          <w:lang w:eastAsia="ko-KR"/>
        </w:rPr>
        <w:t>.</w:t>
      </w:r>
      <w:r w:rsidR="00235E64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(</w:t>
      </w:r>
      <w:r w:rsidRPr="00237860">
        <w:rPr>
          <w:rFonts w:eastAsia="맑은 고딕"/>
          <w:lang w:eastAsia="ko-KR"/>
        </w:rPr>
        <w:t>성장과정</w:t>
      </w:r>
      <w:r w:rsidRPr="00237860">
        <w:rPr>
          <w:rFonts w:eastAsia="맑은 고딕"/>
          <w:lang w:eastAsia="ko-KR"/>
        </w:rPr>
        <w:t xml:space="preserve">, </w:t>
      </w:r>
      <w:r w:rsidRPr="00237860">
        <w:rPr>
          <w:rFonts w:eastAsia="맑은 고딕"/>
          <w:lang w:eastAsia="ko-KR"/>
        </w:rPr>
        <w:t>학교생활</w:t>
      </w:r>
      <w:r w:rsidRPr="00237860">
        <w:rPr>
          <w:rFonts w:eastAsia="맑은 고딕"/>
          <w:lang w:eastAsia="ko-KR"/>
        </w:rPr>
        <w:t xml:space="preserve">, </w:t>
      </w:r>
      <w:r w:rsidRPr="00237860">
        <w:rPr>
          <w:rFonts w:eastAsia="맑은 고딕"/>
          <w:lang w:eastAsia="ko-KR"/>
        </w:rPr>
        <w:t>관심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분야</w:t>
      </w:r>
      <w:r w:rsidRPr="00237860">
        <w:rPr>
          <w:rFonts w:eastAsia="맑은 고딕"/>
          <w:lang w:eastAsia="ko-KR"/>
        </w:rPr>
        <w:t xml:space="preserve">, </w:t>
      </w:r>
      <w:r w:rsidRPr="00237860">
        <w:rPr>
          <w:rFonts w:eastAsia="맑은 고딕"/>
          <w:lang w:eastAsia="ko-KR"/>
        </w:rPr>
        <w:t>성격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등</w:t>
      </w:r>
      <w:r w:rsidRPr="00237860">
        <w:rPr>
          <w:rFonts w:eastAsia="맑은 고딕"/>
          <w:lang w:eastAsia="ko-KR"/>
        </w:rPr>
        <w:t xml:space="preserve"> / 500</w:t>
      </w:r>
      <w:r w:rsidRPr="00237860">
        <w:rPr>
          <w:rFonts w:eastAsia="맑은 고딕"/>
          <w:lang w:eastAsia="ko-KR"/>
        </w:rPr>
        <w:t>자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이내</w:t>
      </w:r>
      <w:r w:rsidRPr="00237860">
        <w:rPr>
          <w:rFonts w:eastAsia="맑은 고딕"/>
          <w:lang w:eastAsia="ko-KR"/>
        </w:rPr>
        <w:t>)</w:t>
      </w:r>
    </w:p>
    <w:p w14:paraId="0ABC4AC0" w14:textId="2326A95E" w:rsidR="00237860" w:rsidRDefault="00237860" w:rsidP="00237860">
      <w:pPr>
        <w:rPr>
          <w:lang w:eastAsia="ko-KR"/>
        </w:rPr>
      </w:pPr>
      <w:r>
        <w:rPr>
          <w:lang w:eastAsia="ko-KR"/>
        </w:rPr>
        <w:t>________________________________________________________________________</w:t>
      </w:r>
      <w:r>
        <w:rPr>
          <w:rFonts w:eastAsia="맑은 고딕" w:hint="eastAsia"/>
          <w:lang w:eastAsia="ko-KR"/>
        </w:rPr>
        <w:t>________________________</w:t>
      </w:r>
      <w:r>
        <w:rPr>
          <w:lang w:eastAsia="ko-KR"/>
        </w:rPr>
        <w:t>____</w:t>
      </w:r>
    </w:p>
    <w:p w14:paraId="748C68A3" w14:textId="42B2E203" w:rsidR="00237860" w:rsidRDefault="00237860" w:rsidP="00237860">
      <w:pPr>
        <w:rPr>
          <w:lang w:eastAsia="ko-KR"/>
        </w:rPr>
      </w:pPr>
      <w:r>
        <w:rPr>
          <w:lang w:eastAsia="ko-KR"/>
        </w:rPr>
        <w:t>___________________________________________________________________________</w:t>
      </w:r>
      <w:r>
        <w:rPr>
          <w:rFonts w:eastAsia="맑은 고딕" w:hint="eastAsia"/>
          <w:lang w:eastAsia="ko-KR"/>
        </w:rPr>
        <w:t>____________________</w:t>
      </w:r>
      <w:r>
        <w:rPr>
          <w:lang w:eastAsia="ko-KR"/>
        </w:rPr>
        <w:t>_____</w:t>
      </w:r>
    </w:p>
    <w:p w14:paraId="49971A98" w14:textId="63956C19" w:rsidR="00237860" w:rsidRDefault="00237860" w:rsidP="00237860">
      <w:pPr>
        <w:rPr>
          <w:lang w:eastAsia="ko-KR"/>
        </w:rPr>
      </w:pPr>
      <w:r>
        <w:rPr>
          <w:lang w:eastAsia="ko-KR"/>
        </w:rPr>
        <w:t>__________________________________________________________________________</w:t>
      </w:r>
      <w:r>
        <w:rPr>
          <w:rFonts w:eastAsia="맑은 고딕" w:hint="eastAsia"/>
          <w:lang w:eastAsia="ko-KR"/>
        </w:rPr>
        <w:t>____________________</w:t>
      </w:r>
      <w:r>
        <w:rPr>
          <w:lang w:eastAsia="ko-KR"/>
        </w:rPr>
        <w:t>______</w:t>
      </w:r>
    </w:p>
    <w:p w14:paraId="44E409EB" w14:textId="7660E135" w:rsidR="00237860" w:rsidRDefault="00237860" w:rsidP="00237860">
      <w:pPr>
        <w:rPr>
          <w:lang w:eastAsia="ko-KR"/>
        </w:rPr>
      </w:pPr>
      <w:r>
        <w:rPr>
          <w:lang w:eastAsia="ko-KR"/>
        </w:rPr>
        <w:t>__________________________________________________________________________</w:t>
      </w:r>
      <w:r>
        <w:rPr>
          <w:rFonts w:eastAsia="맑은 고딕" w:hint="eastAsia"/>
          <w:lang w:eastAsia="ko-KR"/>
        </w:rPr>
        <w:t>____________________</w:t>
      </w:r>
      <w:r>
        <w:rPr>
          <w:lang w:eastAsia="ko-KR"/>
        </w:rPr>
        <w:t>______</w:t>
      </w:r>
    </w:p>
    <w:p w14:paraId="7B5D47E5" w14:textId="56B2E965" w:rsidR="00237860" w:rsidRDefault="00237860" w:rsidP="00237860">
      <w:pPr>
        <w:rPr>
          <w:lang w:eastAsia="ko-KR"/>
        </w:rPr>
      </w:pPr>
      <w:r>
        <w:rPr>
          <w:lang w:eastAsia="ko-KR"/>
        </w:rPr>
        <w:t>__________________________________________________________________________</w:t>
      </w:r>
      <w:r>
        <w:rPr>
          <w:rFonts w:eastAsia="맑은 고딕" w:hint="eastAsia"/>
          <w:lang w:eastAsia="ko-KR"/>
        </w:rPr>
        <w:t>____________________</w:t>
      </w:r>
      <w:r>
        <w:rPr>
          <w:lang w:eastAsia="ko-KR"/>
        </w:rPr>
        <w:t>______</w:t>
      </w:r>
    </w:p>
    <w:p w14:paraId="53B096B3" w14:textId="77777777" w:rsidR="00F74364" w:rsidRDefault="00F74364" w:rsidP="00F74364">
      <w:pPr>
        <w:rPr>
          <w:lang w:eastAsia="ko-KR"/>
        </w:rPr>
      </w:pPr>
      <w:r>
        <w:rPr>
          <w:lang w:eastAsia="ko-KR"/>
        </w:rPr>
        <w:t>________________________________________________________________________</w:t>
      </w:r>
      <w:r>
        <w:rPr>
          <w:rFonts w:eastAsia="맑은 고딕" w:hint="eastAsia"/>
          <w:lang w:eastAsia="ko-KR"/>
        </w:rPr>
        <w:t>________________________</w:t>
      </w:r>
      <w:r>
        <w:rPr>
          <w:lang w:eastAsia="ko-KR"/>
        </w:rPr>
        <w:t>____</w:t>
      </w:r>
    </w:p>
    <w:p w14:paraId="28B0B949" w14:textId="217F5D22" w:rsidR="00F74364" w:rsidRPr="00F74364" w:rsidRDefault="00F74364" w:rsidP="00237860">
      <w:pPr>
        <w:rPr>
          <w:rFonts w:eastAsia="맑은 고딕"/>
          <w:lang w:eastAsia="ko-KR"/>
        </w:rPr>
      </w:pPr>
      <w:r>
        <w:rPr>
          <w:lang w:eastAsia="ko-KR"/>
        </w:rPr>
        <w:t>________________________________________________________</w:t>
      </w:r>
      <w:r>
        <w:rPr>
          <w:rFonts w:eastAsia="맑은 고딕" w:hint="eastAsia"/>
          <w:lang w:eastAsia="ko-KR"/>
        </w:rPr>
        <w:t>________________________</w:t>
      </w:r>
      <w:r>
        <w:rPr>
          <w:lang w:eastAsia="ko-KR"/>
        </w:rPr>
        <w:t>____________________</w:t>
      </w:r>
    </w:p>
    <w:p w14:paraId="08118569" w14:textId="1C629806" w:rsidR="00191746" w:rsidRPr="00235E64" w:rsidRDefault="00191746" w:rsidP="00235E64">
      <w:pPr>
        <w:spacing w:line="200" w:lineRule="atLeast"/>
        <w:rPr>
          <w:rFonts w:eastAsia="맑은 고딕"/>
          <w:sz w:val="14"/>
          <w:lang w:eastAsia="ko-KR"/>
        </w:rPr>
      </w:pPr>
    </w:p>
    <w:p w14:paraId="3D9B711E" w14:textId="3540E048" w:rsidR="00237860" w:rsidRPr="00FB6548" w:rsidRDefault="00D80F01" w:rsidP="00235E64">
      <w:pPr>
        <w:pStyle w:val="21"/>
        <w:spacing w:line="200" w:lineRule="atLeast"/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</w:pPr>
      <w:r>
        <w:rPr>
          <w:rFonts w:eastAsia="맑은 고딕" w:cstheme="majorHAnsi" w:hint="eastAsia"/>
          <w:color w:val="365F91" w:themeColor="accent1" w:themeShade="BF"/>
          <w:sz w:val="28"/>
          <w:szCs w:val="28"/>
          <w:lang w:eastAsia="ko-KR"/>
        </w:rPr>
        <w:t>4</w:t>
      </w:r>
      <w:r w:rsidR="00237860" w:rsidRPr="00FB6548">
        <w:rPr>
          <w:rFonts w:cstheme="majorHAnsi"/>
          <w:color w:val="365F91" w:themeColor="accent1" w:themeShade="BF"/>
          <w:sz w:val="28"/>
          <w:szCs w:val="28"/>
          <w:lang w:eastAsia="ko-KR"/>
        </w:rPr>
        <w:t xml:space="preserve">. 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>만리현교회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 xml:space="preserve"> 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>장학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 xml:space="preserve"> 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>프로그램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 xml:space="preserve"> 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>참여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 xml:space="preserve"> 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>의향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 xml:space="preserve"> / Reference Information</w:t>
      </w:r>
    </w:p>
    <w:p w14:paraId="7021396F" w14:textId="395890DE" w:rsidR="00237860" w:rsidRDefault="00237860" w:rsidP="00235E64">
      <w:pPr>
        <w:spacing w:line="200" w:lineRule="atLeast"/>
        <w:rPr>
          <w:rFonts w:eastAsia="맑은 고딕"/>
          <w:lang w:eastAsia="ko-KR"/>
        </w:rPr>
      </w:pPr>
      <w:r w:rsidRPr="00237860">
        <w:rPr>
          <w:rFonts w:ascii="맑은 고딕" w:eastAsia="맑은 고딕" w:hAnsi="맑은 고딕" w:cs="맑은 고딕" w:hint="eastAsia"/>
          <w:lang w:eastAsia="ko-KR"/>
        </w:rPr>
        <w:t>※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아래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내용은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장학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프로그램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운영을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위한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참고자료이며</w:t>
      </w:r>
      <w:r w:rsidRPr="00237860">
        <w:rPr>
          <w:rFonts w:eastAsia="맑은 고딕"/>
          <w:lang w:eastAsia="ko-KR"/>
        </w:rPr>
        <w:t xml:space="preserve">, </w:t>
      </w:r>
      <w:r w:rsidRPr="00237860">
        <w:rPr>
          <w:rFonts w:eastAsia="맑은 고딕"/>
          <w:lang w:eastAsia="ko-KR"/>
        </w:rPr>
        <w:t>최종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선발은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만리현교회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장학위원회에서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진행됩니다</w:t>
      </w:r>
      <w:r w:rsidRPr="00237860">
        <w:rPr>
          <w:rFonts w:eastAsia="맑은 고딕"/>
          <w:lang w:eastAsia="ko-KR"/>
        </w:rPr>
        <w:t>.</w:t>
      </w:r>
    </w:p>
    <w:p w14:paraId="04AFAA2D" w14:textId="77777777" w:rsidR="00237860" w:rsidRPr="00237860" w:rsidRDefault="00237860" w:rsidP="00235E64">
      <w:pPr>
        <w:spacing w:line="200" w:lineRule="atLeast"/>
        <w:rPr>
          <w:rFonts w:eastAsia="맑은 고딕"/>
          <w:b/>
          <w:bCs/>
          <w:lang w:eastAsia="ko-KR"/>
        </w:rPr>
      </w:pPr>
      <w:r w:rsidRPr="00237860">
        <w:rPr>
          <w:rFonts w:eastAsia="맑은 고딕"/>
          <w:b/>
          <w:bCs/>
          <w:lang w:eastAsia="ko-KR"/>
        </w:rPr>
        <w:t xml:space="preserve">(1) </w:t>
      </w:r>
      <w:r w:rsidRPr="00237860">
        <w:rPr>
          <w:rFonts w:eastAsia="맑은 고딕"/>
          <w:b/>
          <w:bCs/>
          <w:lang w:eastAsia="ko-KR"/>
        </w:rPr>
        <w:t>현재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교회에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출석하고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있습니까</w:t>
      </w:r>
      <w:r w:rsidRPr="00237860">
        <w:rPr>
          <w:rFonts w:eastAsia="맑은 고딕"/>
          <w:b/>
          <w:bCs/>
          <w:lang w:eastAsia="ko-KR"/>
        </w:rPr>
        <w:t>?</w:t>
      </w:r>
    </w:p>
    <w:p w14:paraId="0646304A" w14:textId="1AB6541E" w:rsidR="00237860" w:rsidRPr="00237860" w:rsidRDefault="002512F0" w:rsidP="00235E64">
      <w:pPr>
        <w:spacing w:line="200" w:lineRule="atLeast"/>
        <w:rPr>
          <w:rFonts w:eastAsia="맑은 고딕"/>
          <w:lang w:eastAsia="ko-KR"/>
        </w:rPr>
      </w:pPr>
      <w:r w:rsidRPr="00235E64">
        <w:rPr>
          <w:rFonts w:ascii="Segoe UI Symbol" w:hAnsi="Segoe UI Symbol" w:cs="Segoe UI Symbol"/>
          <w:sz w:val="28"/>
          <w:lang w:eastAsia="ko-KR"/>
        </w:rPr>
        <w:t>☐</w:t>
      </w:r>
      <w:r>
        <w:rPr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예</w:t>
      </w:r>
      <w:r w:rsidR="00D80F01">
        <w:rPr>
          <w:rFonts w:eastAsia="맑은 고딕" w:hint="eastAsia"/>
          <w:lang w:eastAsia="ko-KR"/>
        </w:rPr>
        <w:t xml:space="preserve">                         </w:t>
      </w:r>
      <w:r w:rsidR="00235E64" w:rsidRPr="00235E64">
        <w:rPr>
          <w:rFonts w:ascii="Segoe UI Symbol" w:hAnsi="Segoe UI Symbol" w:cs="Segoe UI Symbol"/>
          <w:sz w:val="28"/>
          <w:lang w:eastAsia="ko-KR"/>
        </w:rPr>
        <w:t>☐</w:t>
      </w:r>
      <w:r>
        <w:rPr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아니오</w:t>
      </w:r>
    </w:p>
    <w:p w14:paraId="4DB72FA5" w14:textId="7C985A97" w:rsidR="00237860" w:rsidRPr="00237860" w:rsidRDefault="00237860" w:rsidP="00235E64">
      <w:pPr>
        <w:spacing w:line="200" w:lineRule="atLeast"/>
        <w:rPr>
          <w:rFonts w:eastAsia="맑은 고딕"/>
          <w:lang w:eastAsia="ko-KR"/>
        </w:rPr>
      </w:pPr>
      <w:r w:rsidRPr="00237860">
        <w:rPr>
          <w:rFonts w:eastAsia="맑은 고딕"/>
          <w:lang w:eastAsia="ko-KR"/>
        </w:rPr>
        <w:t>교회명</w:t>
      </w:r>
      <w:r w:rsidRPr="00237860">
        <w:rPr>
          <w:rFonts w:eastAsia="맑은 고딕"/>
          <w:lang w:eastAsia="ko-KR"/>
        </w:rPr>
        <w:t>(</w:t>
      </w:r>
      <w:r w:rsidRPr="00237860">
        <w:rPr>
          <w:rFonts w:eastAsia="맑은 고딕"/>
          <w:lang w:eastAsia="ko-KR"/>
        </w:rPr>
        <w:t>있는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경우</w:t>
      </w:r>
      <w:r w:rsidRPr="00237860">
        <w:rPr>
          <w:rFonts w:eastAsia="맑은 고딕"/>
          <w:lang w:eastAsia="ko-KR"/>
        </w:rPr>
        <w:t>): ________________________</w:t>
      </w:r>
      <w:r>
        <w:rPr>
          <w:rFonts w:eastAsia="맑은 고딕" w:hint="eastAsia"/>
          <w:lang w:eastAsia="ko-KR"/>
        </w:rPr>
        <w:t>_______________</w:t>
      </w:r>
      <w:r w:rsidRPr="00237860">
        <w:rPr>
          <w:rFonts w:eastAsia="맑은 고딕"/>
          <w:lang w:eastAsia="ko-KR"/>
        </w:rPr>
        <w:t>___</w:t>
      </w:r>
    </w:p>
    <w:p w14:paraId="5920F5F3" w14:textId="77777777" w:rsidR="00237860" w:rsidRDefault="00237860" w:rsidP="00235E64">
      <w:pPr>
        <w:spacing w:line="200" w:lineRule="atLeast"/>
        <w:rPr>
          <w:rFonts w:eastAsia="맑은 고딕"/>
          <w:lang w:eastAsia="ko-KR"/>
        </w:rPr>
      </w:pPr>
    </w:p>
    <w:p w14:paraId="1B33C351" w14:textId="77777777" w:rsidR="00237860" w:rsidRPr="00237860" w:rsidRDefault="00237860" w:rsidP="00235E64">
      <w:pPr>
        <w:spacing w:line="200" w:lineRule="atLeast"/>
        <w:rPr>
          <w:rFonts w:eastAsia="맑은 고딕"/>
          <w:b/>
          <w:bCs/>
          <w:lang w:eastAsia="ko-KR"/>
        </w:rPr>
      </w:pPr>
      <w:r w:rsidRPr="00237860">
        <w:rPr>
          <w:rFonts w:eastAsia="맑은 고딕"/>
          <w:b/>
          <w:bCs/>
          <w:lang w:eastAsia="ko-KR"/>
        </w:rPr>
        <w:t xml:space="preserve">(2) </w:t>
      </w:r>
      <w:r w:rsidRPr="00237860">
        <w:rPr>
          <w:rFonts w:eastAsia="맑은 고딕"/>
          <w:b/>
          <w:bCs/>
          <w:lang w:eastAsia="ko-KR"/>
        </w:rPr>
        <w:t>만리현교회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영어예배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및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청년부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활동에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관심이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있습니까</w:t>
      </w:r>
      <w:r w:rsidRPr="00237860">
        <w:rPr>
          <w:rFonts w:eastAsia="맑은 고딕"/>
          <w:b/>
          <w:bCs/>
          <w:lang w:eastAsia="ko-KR"/>
        </w:rPr>
        <w:t>?</w:t>
      </w:r>
    </w:p>
    <w:p w14:paraId="2BD8B013" w14:textId="40B59E3E" w:rsidR="00237860" w:rsidRPr="00237860" w:rsidRDefault="00235E64" w:rsidP="00235E64">
      <w:pPr>
        <w:spacing w:line="200" w:lineRule="atLeast"/>
        <w:rPr>
          <w:rFonts w:eastAsia="맑은 고딕"/>
          <w:lang w:eastAsia="ko-KR"/>
        </w:rPr>
      </w:pPr>
      <w:r w:rsidRPr="00235E64">
        <w:rPr>
          <w:rFonts w:ascii="Segoe UI Symbol" w:hAnsi="Segoe UI Symbol" w:cs="Segoe UI Symbol"/>
          <w:sz w:val="28"/>
          <w:lang w:eastAsia="ko-KR"/>
        </w:rPr>
        <w:t>☐</w:t>
      </w:r>
      <w:r w:rsidR="002512F0">
        <w:rPr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매우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관심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있음</w:t>
      </w:r>
    </w:p>
    <w:p w14:paraId="32E7A4D7" w14:textId="0271FB50" w:rsidR="00237860" w:rsidRPr="00237860" w:rsidRDefault="00235E64" w:rsidP="00235E64">
      <w:pPr>
        <w:spacing w:line="200" w:lineRule="atLeast"/>
        <w:rPr>
          <w:rFonts w:eastAsia="맑은 고딕"/>
          <w:lang w:eastAsia="ko-KR"/>
        </w:rPr>
      </w:pPr>
      <w:r w:rsidRPr="00235E64">
        <w:rPr>
          <w:rFonts w:ascii="Segoe UI Symbol" w:hAnsi="Segoe UI Symbol" w:cs="Segoe UI Symbol"/>
          <w:sz w:val="28"/>
          <w:lang w:eastAsia="ko-KR"/>
        </w:rPr>
        <w:t>☐</w:t>
      </w:r>
      <w:r w:rsidR="002512F0">
        <w:rPr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관심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있음</w:t>
      </w:r>
    </w:p>
    <w:p w14:paraId="7BABA112" w14:textId="754B5431" w:rsidR="00237860" w:rsidRPr="00237860" w:rsidRDefault="00235E64" w:rsidP="00235E64">
      <w:pPr>
        <w:spacing w:line="200" w:lineRule="atLeast"/>
        <w:rPr>
          <w:rFonts w:eastAsia="맑은 고딕"/>
          <w:lang w:eastAsia="ko-KR"/>
        </w:rPr>
      </w:pPr>
      <w:r w:rsidRPr="00235E64">
        <w:rPr>
          <w:rFonts w:ascii="Segoe UI Symbol" w:hAnsi="Segoe UI Symbol" w:cs="Segoe UI Symbol"/>
          <w:sz w:val="28"/>
          <w:lang w:eastAsia="ko-KR"/>
        </w:rPr>
        <w:t>☐</w:t>
      </w:r>
      <w:r w:rsidR="002512F0">
        <w:rPr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아직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결정하지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못함</w:t>
      </w:r>
    </w:p>
    <w:p w14:paraId="336A8A0B" w14:textId="77777777" w:rsidR="00237860" w:rsidRPr="00235E64" w:rsidRDefault="00237860" w:rsidP="00235E64">
      <w:pPr>
        <w:spacing w:line="200" w:lineRule="atLeast"/>
        <w:rPr>
          <w:rFonts w:eastAsia="맑은 고딕"/>
          <w:sz w:val="18"/>
          <w:lang w:eastAsia="ko-KR"/>
        </w:rPr>
      </w:pPr>
    </w:p>
    <w:p w14:paraId="7DC762D1" w14:textId="77777777" w:rsidR="00237860" w:rsidRPr="00237860" w:rsidRDefault="00237860" w:rsidP="00235E64">
      <w:pPr>
        <w:spacing w:line="200" w:lineRule="atLeast"/>
        <w:rPr>
          <w:rFonts w:eastAsia="맑은 고딕"/>
          <w:b/>
          <w:bCs/>
          <w:lang w:eastAsia="ko-KR"/>
        </w:rPr>
      </w:pPr>
      <w:r w:rsidRPr="00237860">
        <w:rPr>
          <w:rFonts w:eastAsia="맑은 고딕"/>
          <w:b/>
          <w:bCs/>
          <w:lang w:eastAsia="ko-KR"/>
        </w:rPr>
        <w:t xml:space="preserve">(3) </w:t>
      </w:r>
      <w:r w:rsidRPr="00237860">
        <w:rPr>
          <w:rFonts w:eastAsia="맑은 고딕"/>
          <w:b/>
          <w:bCs/>
          <w:lang w:eastAsia="ko-KR"/>
        </w:rPr>
        <w:t>장학생으로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선발될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경우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프로그램에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성실히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참여할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의향이</w:t>
      </w:r>
      <w:r w:rsidRPr="00237860">
        <w:rPr>
          <w:rFonts w:eastAsia="맑은 고딕"/>
          <w:b/>
          <w:bCs/>
          <w:lang w:eastAsia="ko-KR"/>
        </w:rPr>
        <w:t xml:space="preserve"> </w:t>
      </w:r>
      <w:r w:rsidRPr="00237860">
        <w:rPr>
          <w:rFonts w:eastAsia="맑은 고딕"/>
          <w:b/>
          <w:bCs/>
          <w:lang w:eastAsia="ko-KR"/>
        </w:rPr>
        <w:t>있습니까</w:t>
      </w:r>
      <w:r w:rsidRPr="00237860">
        <w:rPr>
          <w:rFonts w:eastAsia="맑은 고딕"/>
          <w:b/>
          <w:bCs/>
          <w:lang w:eastAsia="ko-KR"/>
        </w:rPr>
        <w:t>?</w:t>
      </w:r>
    </w:p>
    <w:p w14:paraId="55C9614F" w14:textId="3A8464A9" w:rsidR="00237860" w:rsidRDefault="00235E64" w:rsidP="00235E64">
      <w:pPr>
        <w:spacing w:line="200" w:lineRule="atLeast"/>
        <w:rPr>
          <w:rFonts w:eastAsia="맑은 고딕"/>
          <w:lang w:eastAsia="ko-KR"/>
        </w:rPr>
      </w:pPr>
      <w:r w:rsidRPr="00235E64">
        <w:rPr>
          <w:rFonts w:ascii="Segoe UI Symbol" w:hAnsi="Segoe UI Symbol" w:cs="Segoe UI Symbol"/>
          <w:sz w:val="28"/>
          <w:lang w:eastAsia="ko-KR"/>
        </w:rPr>
        <w:t>☐</w:t>
      </w:r>
      <w:r w:rsidR="002512F0">
        <w:rPr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예</w:t>
      </w:r>
      <w:r w:rsidR="00D80F01">
        <w:rPr>
          <w:rFonts w:eastAsia="맑은 고딕" w:hint="eastAsia"/>
          <w:lang w:eastAsia="ko-KR"/>
        </w:rPr>
        <w:t xml:space="preserve">                    </w:t>
      </w:r>
      <w:r w:rsidRPr="00235E64">
        <w:rPr>
          <w:rFonts w:ascii="Segoe UI Symbol" w:hAnsi="Segoe UI Symbol" w:cs="Segoe UI Symbol"/>
          <w:sz w:val="28"/>
          <w:lang w:eastAsia="ko-KR"/>
        </w:rPr>
        <w:t>☐</w:t>
      </w:r>
      <w:r>
        <w:rPr>
          <w:rFonts w:ascii="Segoe UI Symbol" w:hAnsi="Segoe UI Symbol" w:cs="Segoe UI Symbol"/>
          <w:sz w:val="28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아니오</w:t>
      </w:r>
    </w:p>
    <w:p w14:paraId="057F784D" w14:textId="494B4AD1" w:rsidR="00237860" w:rsidRPr="00FB6548" w:rsidRDefault="00D80F01" w:rsidP="00237860">
      <w:pPr>
        <w:pStyle w:val="21"/>
        <w:rPr>
          <w:rFonts w:cstheme="majorHAnsi"/>
          <w:color w:val="365F91" w:themeColor="accent1" w:themeShade="BF"/>
          <w:sz w:val="28"/>
          <w:szCs w:val="28"/>
          <w:lang w:eastAsia="ko-KR"/>
        </w:rPr>
      </w:pPr>
      <w:r>
        <w:rPr>
          <w:rFonts w:eastAsia="맑은 고딕" w:cstheme="majorHAnsi" w:hint="eastAsia"/>
          <w:color w:val="365F91" w:themeColor="accent1" w:themeShade="BF"/>
          <w:sz w:val="28"/>
          <w:szCs w:val="28"/>
          <w:lang w:eastAsia="ko-KR"/>
        </w:rPr>
        <w:lastRenderedPageBreak/>
        <w:t>5</w:t>
      </w:r>
      <w:r w:rsidR="00237860" w:rsidRPr="00FB6548">
        <w:rPr>
          <w:rFonts w:cstheme="majorHAnsi"/>
          <w:color w:val="365F91" w:themeColor="accent1" w:themeShade="BF"/>
          <w:sz w:val="28"/>
          <w:szCs w:val="28"/>
          <w:lang w:eastAsia="ko-KR"/>
        </w:rPr>
        <w:t xml:space="preserve">. 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>제출서류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 xml:space="preserve"> / Required Documents</w:t>
      </w:r>
    </w:p>
    <w:p w14:paraId="03C7AB47" w14:textId="6E79EBB1" w:rsidR="00237860" w:rsidRPr="00237860" w:rsidRDefault="00235E64" w:rsidP="00237860">
      <w:pPr>
        <w:rPr>
          <w:rFonts w:eastAsia="맑은 고딕"/>
          <w:lang w:eastAsia="ko-KR"/>
        </w:rPr>
      </w:pPr>
      <w:r w:rsidRPr="00235E64">
        <w:rPr>
          <w:rFonts w:ascii="Segoe UI Symbol" w:hAnsi="Segoe UI Symbol" w:cs="Segoe UI Symbol"/>
          <w:sz w:val="28"/>
          <w:lang w:eastAsia="ko-KR"/>
        </w:rPr>
        <w:t>☐</w:t>
      </w:r>
      <w:r w:rsidR="002512F0">
        <w:rPr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장학금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지원서</w:t>
      </w:r>
      <w:r w:rsidR="00F74364">
        <w:rPr>
          <w:rFonts w:eastAsia="맑은 고딕" w:hint="eastAsia"/>
          <w:lang w:eastAsia="ko-KR"/>
        </w:rPr>
        <w:t>(</w:t>
      </w:r>
      <w:r w:rsidR="00F74364">
        <w:rPr>
          <w:rFonts w:eastAsia="맑은 고딕" w:hint="eastAsia"/>
          <w:lang w:eastAsia="ko-KR"/>
        </w:rPr>
        <w:t>양식</w:t>
      </w:r>
      <w:r w:rsidR="00F74364">
        <w:rPr>
          <w:rFonts w:eastAsia="맑은 고딕" w:hint="eastAsia"/>
          <w:lang w:eastAsia="ko-KR"/>
        </w:rPr>
        <w:t xml:space="preserve"> </w:t>
      </w:r>
      <w:r w:rsidR="00F74364">
        <w:rPr>
          <w:rFonts w:eastAsia="맑은 고딕" w:hint="eastAsia"/>
          <w:lang w:eastAsia="ko-KR"/>
        </w:rPr>
        <w:t>제공</w:t>
      </w:r>
      <w:r w:rsidR="00F74364">
        <w:rPr>
          <w:rFonts w:eastAsia="맑은 고딕" w:hint="eastAsia"/>
          <w:lang w:eastAsia="ko-KR"/>
        </w:rPr>
        <w:t>)</w:t>
      </w:r>
    </w:p>
    <w:p w14:paraId="67D8AFB0" w14:textId="67D28310" w:rsidR="002501D0" w:rsidRDefault="00235E64" w:rsidP="00237860">
      <w:pPr>
        <w:rPr>
          <w:rFonts w:eastAsia="맑은 고딕"/>
          <w:lang w:eastAsia="ko-KR"/>
        </w:rPr>
      </w:pPr>
      <w:r w:rsidRPr="00235E64">
        <w:rPr>
          <w:rFonts w:ascii="Segoe UI Symbol" w:hAnsi="Segoe UI Symbol" w:cs="Segoe UI Symbol"/>
          <w:sz w:val="28"/>
          <w:lang w:eastAsia="ko-KR"/>
        </w:rPr>
        <w:t>☐</w:t>
      </w:r>
      <w:r w:rsidR="00237860" w:rsidRPr="00237860">
        <w:rPr>
          <w:rFonts w:eastAsia="맑은 고딕"/>
          <w:lang w:eastAsia="ko-KR"/>
        </w:rPr>
        <w:t xml:space="preserve"> </w:t>
      </w:r>
      <w:r w:rsidR="00237860" w:rsidRPr="00237860">
        <w:rPr>
          <w:rFonts w:eastAsia="맑은 고딕"/>
          <w:lang w:eastAsia="ko-KR"/>
        </w:rPr>
        <w:t>재학증명서</w:t>
      </w:r>
      <w:r w:rsidR="00D80F01">
        <w:rPr>
          <w:rFonts w:eastAsia="맑은 고딕" w:hint="eastAsia"/>
          <w:lang w:eastAsia="ko-KR"/>
        </w:rPr>
        <w:t xml:space="preserve">          </w:t>
      </w:r>
    </w:p>
    <w:p w14:paraId="6316B849" w14:textId="7ED8ED71" w:rsidR="00237860" w:rsidRPr="00237860" w:rsidRDefault="00237860" w:rsidP="00237860">
      <w:pPr>
        <w:rPr>
          <w:rFonts w:eastAsia="맑은 고딕"/>
          <w:lang w:eastAsia="ko-KR"/>
        </w:rPr>
      </w:pPr>
      <w:r w:rsidRPr="00237860">
        <w:rPr>
          <w:rFonts w:ascii="맑은 고딕" w:eastAsia="맑은 고딕" w:hAnsi="맑은 고딕" w:cs="맑은 고딕" w:hint="eastAsia"/>
          <w:lang w:eastAsia="ko-KR"/>
        </w:rPr>
        <w:t>※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필요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시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추가서류를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요청할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수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있습니다</w:t>
      </w:r>
      <w:r w:rsidRPr="00237860">
        <w:rPr>
          <w:rFonts w:eastAsia="맑은 고딕"/>
          <w:lang w:eastAsia="ko-KR"/>
        </w:rPr>
        <w:t>.</w:t>
      </w:r>
    </w:p>
    <w:p w14:paraId="616030EB" w14:textId="4C36FAB8" w:rsidR="002512F0" w:rsidRPr="00FB6548" w:rsidRDefault="00D80F01" w:rsidP="002512F0">
      <w:pPr>
        <w:pStyle w:val="1"/>
        <w:rPr>
          <w:rFonts w:cstheme="majorHAnsi"/>
          <w:lang w:eastAsia="ko-KR"/>
        </w:rPr>
      </w:pPr>
      <w:r>
        <w:rPr>
          <w:rFonts w:eastAsia="맑은 고딕" w:cstheme="majorHAnsi" w:hint="eastAsia"/>
          <w:lang w:eastAsia="ko-KR"/>
        </w:rPr>
        <w:t>6</w:t>
      </w:r>
      <w:r w:rsidR="00E669C5" w:rsidRPr="00FB6548">
        <w:rPr>
          <w:rFonts w:cstheme="majorHAnsi"/>
          <w:lang w:eastAsia="ko-KR"/>
        </w:rPr>
        <w:t xml:space="preserve">. </w:t>
      </w:r>
      <w:r w:rsidR="002512F0" w:rsidRPr="00FB6548">
        <w:rPr>
          <w:rFonts w:eastAsia="맑은 고딕" w:cstheme="majorHAnsi"/>
          <w:lang w:eastAsia="ko-KR"/>
        </w:rPr>
        <w:t>개인정보</w:t>
      </w:r>
      <w:r w:rsidR="002512F0" w:rsidRPr="00FB6548">
        <w:rPr>
          <w:rFonts w:cstheme="majorHAnsi"/>
          <w:lang w:eastAsia="ko-KR"/>
        </w:rPr>
        <w:t xml:space="preserve"> </w:t>
      </w:r>
      <w:r w:rsidR="002512F0" w:rsidRPr="00FB6548">
        <w:rPr>
          <w:rFonts w:eastAsia="맑은 고딕" w:cstheme="majorHAnsi"/>
          <w:lang w:eastAsia="ko-KR"/>
        </w:rPr>
        <w:t>수집</w:t>
      </w:r>
      <w:r w:rsidR="002512F0" w:rsidRPr="00FB6548">
        <w:rPr>
          <w:rFonts w:cstheme="majorHAnsi"/>
          <w:lang w:eastAsia="ko-KR"/>
        </w:rPr>
        <w:t>·</w:t>
      </w:r>
      <w:r w:rsidR="002512F0" w:rsidRPr="00FB6548">
        <w:rPr>
          <w:rFonts w:eastAsia="맑은 고딕" w:cstheme="majorHAnsi"/>
          <w:lang w:eastAsia="ko-KR"/>
        </w:rPr>
        <w:t>이용</w:t>
      </w:r>
      <w:r w:rsidR="002512F0" w:rsidRPr="00FB6548">
        <w:rPr>
          <w:rFonts w:cstheme="majorHAnsi"/>
          <w:lang w:eastAsia="ko-KR"/>
        </w:rPr>
        <w:t xml:space="preserve"> </w:t>
      </w:r>
      <w:r w:rsidR="002512F0" w:rsidRPr="00FB6548">
        <w:rPr>
          <w:rFonts w:eastAsia="맑은 고딕" w:cstheme="majorHAnsi"/>
          <w:lang w:eastAsia="ko-KR"/>
        </w:rPr>
        <w:t>동의서</w:t>
      </w:r>
      <w:r w:rsidR="002512F0" w:rsidRPr="00FB6548">
        <w:rPr>
          <w:rFonts w:cstheme="majorHAnsi"/>
          <w:lang w:eastAsia="ko-KR"/>
        </w:rPr>
        <w:t xml:space="preserve"> / Personal Information Consent</w:t>
      </w:r>
    </w:p>
    <w:p w14:paraId="011AEE05" w14:textId="15431EB3" w:rsidR="00237860" w:rsidRPr="00BD279C" w:rsidRDefault="009845D7" w:rsidP="00237860">
      <w:pPr>
        <w:rPr>
          <w:rFonts w:eastAsia="맑은 고딕"/>
          <w:lang w:eastAsia="ko-KR"/>
        </w:rPr>
      </w:pPr>
      <w:r w:rsidRPr="00BD279C">
        <w:rPr>
          <w:rFonts w:ascii="맑은 고딕" w:eastAsia="맑은 고딕" w:hAnsi="맑은 고딕" w:cs="맑은 고딕"/>
          <w:lang w:eastAsia="ko-KR"/>
        </w:rPr>
        <w:t>숙명여자대학교와 만리현교회</w:t>
      </w:r>
      <w:r w:rsidR="00DF410D" w:rsidRPr="00BD279C">
        <w:rPr>
          <w:rFonts w:ascii="맑은 고딕" w:eastAsia="맑은 고딕" w:hAnsi="맑은 고딕" w:cs="맑은 고딕" w:hint="eastAsia"/>
          <w:lang w:eastAsia="ko-KR"/>
        </w:rPr>
        <w:t xml:space="preserve"> 장학회</w:t>
      </w:r>
      <w:r w:rsidRPr="00BD279C">
        <w:rPr>
          <w:rFonts w:ascii="맑은 고딕" w:eastAsia="맑은 고딕" w:hAnsi="맑은 고딕" w:cs="맑은 고딕"/>
          <w:lang w:eastAsia="ko-KR"/>
        </w:rPr>
        <w:t>는 장학생 선발을 위해 아래와 같이 개인정보를 수집·이용하며, 장학생 심사를 위해 만리현교회</w:t>
      </w:r>
      <w:r w:rsidR="00DF410D" w:rsidRPr="00BD279C">
        <w:rPr>
          <w:rFonts w:ascii="맑은 고딕" w:eastAsia="맑은 고딕" w:hAnsi="맑은 고딕" w:cs="맑은 고딕" w:hint="eastAsia"/>
          <w:lang w:eastAsia="ko-KR"/>
        </w:rPr>
        <w:t xml:space="preserve"> 장학회</w:t>
      </w:r>
      <w:r w:rsidRPr="00BD279C">
        <w:rPr>
          <w:rFonts w:ascii="맑은 고딕" w:eastAsia="맑은 고딕" w:hAnsi="맑은 고딕" w:cs="맑은 고딕"/>
          <w:lang w:eastAsia="ko-KR"/>
        </w:rPr>
        <w:t>에 제공합니다.</w:t>
      </w:r>
    </w:p>
    <w:p w14:paraId="0129F5F6" w14:textId="77777777" w:rsidR="00237860" w:rsidRPr="00237860" w:rsidRDefault="00237860" w:rsidP="00237860">
      <w:pPr>
        <w:numPr>
          <w:ilvl w:val="0"/>
          <w:numId w:val="10"/>
        </w:numPr>
        <w:rPr>
          <w:lang w:eastAsia="ko-KR"/>
        </w:rPr>
      </w:pPr>
      <w:r w:rsidRPr="00237860">
        <w:rPr>
          <w:rFonts w:ascii="맑은 고딕" w:eastAsia="맑은 고딕" w:hAnsi="맑은 고딕" w:cs="맑은 고딕" w:hint="eastAsia"/>
          <w:lang w:eastAsia="ko-KR"/>
        </w:rPr>
        <w:t>수집항목</w:t>
      </w:r>
      <w:r w:rsidRPr="00237860">
        <w:rPr>
          <w:lang w:eastAsia="ko-KR"/>
        </w:rPr>
        <w:t xml:space="preserve"> : </w:t>
      </w:r>
      <w:r w:rsidRPr="00237860">
        <w:rPr>
          <w:rFonts w:ascii="맑은 고딕" w:eastAsia="맑은 고딕" w:hAnsi="맑은 고딕" w:cs="맑은 고딕" w:hint="eastAsia"/>
          <w:lang w:eastAsia="ko-KR"/>
        </w:rPr>
        <w:t>성명</w:t>
      </w:r>
      <w:r w:rsidRPr="00237860">
        <w:rPr>
          <w:lang w:eastAsia="ko-KR"/>
        </w:rPr>
        <w:t xml:space="preserve">, </w:t>
      </w:r>
      <w:r w:rsidRPr="00237860">
        <w:rPr>
          <w:rFonts w:ascii="맑은 고딕" w:eastAsia="맑은 고딕" w:hAnsi="맑은 고딕" w:cs="맑은 고딕" w:hint="eastAsia"/>
          <w:lang w:eastAsia="ko-KR"/>
        </w:rPr>
        <w:t>연락처</w:t>
      </w:r>
      <w:r w:rsidRPr="00237860">
        <w:rPr>
          <w:lang w:eastAsia="ko-KR"/>
        </w:rPr>
        <w:t xml:space="preserve">, </w:t>
      </w:r>
      <w:r w:rsidRPr="00237860">
        <w:rPr>
          <w:rFonts w:ascii="맑은 고딕" w:eastAsia="맑은 고딕" w:hAnsi="맑은 고딕" w:cs="맑은 고딕" w:hint="eastAsia"/>
          <w:lang w:eastAsia="ko-KR"/>
        </w:rPr>
        <w:t>이메일</w:t>
      </w:r>
      <w:r w:rsidRPr="00237860">
        <w:rPr>
          <w:lang w:eastAsia="ko-KR"/>
        </w:rPr>
        <w:t xml:space="preserve">, </w:t>
      </w:r>
      <w:r w:rsidRPr="00237860">
        <w:rPr>
          <w:rFonts w:ascii="맑은 고딕" w:eastAsia="맑은 고딕" w:hAnsi="맑은 고딕" w:cs="맑은 고딕" w:hint="eastAsia"/>
          <w:lang w:eastAsia="ko-KR"/>
        </w:rPr>
        <w:t>국적</w:t>
      </w:r>
      <w:r w:rsidRPr="00237860">
        <w:rPr>
          <w:lang w:eastAsia="ko-KR"/>
        </w:rPr>
        <w:t xml:space="preserve">, </w:t>
      </w:r>
      <w:r w:rsidRPr="00237860">
        <w:rPr>
          <w:rFonts w:ascii="맑은 고딕" w:eastAsia="맑은 고딕" w:hAnsi="맑은 고딕" w:cs="맑은 고딕" w:hint="eastAsia"/>
          <w:lang w:eastAsia="ko-KR"/>
        </w:rPr>
        <w:t>학적정보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등</w:t>
      </w:r>
      <w:r w:rsidRPr="00237860">
        <w:rPr>
          <w:lang w:eastAsia="ko-KR"/>
        </w:rPr>
        <w:t xml:space="preserve"> </w:t>
      </w:r>
    </w:p>
    <w:p w14:paraId="41CD7E10" w14:textId="77777777" w:rsidR="00237860" w:rsidRPr="00237860" w:rsidRDefault="00237860" w:rsidP="00237860">
      <w:pPr>
        <w:numPr>
          <w:ilvl w:val="0"/>
          <w:numId w:val="10"/>
        </w:numPr>
        <w:rPr>
          <w:lang w:eastAsia="ko-KR"/>
        </w:rPr>
      </w:pPr>
      <w:r w:rsidRPr="00237860">
        <w:rPr>
          <w:rFonts w:ascii="맑은 고딕" w:eastAsia="맑은 고딕" w:hAnsi="맑은 고딕" w:cs="맑은 고딕" w:hint="eastAsia"/>
          <w:lang w:eastAsia="ko-KR"/>
        </w:rPr>
        <w:t>이용목적</w:t>
      </w:r>
      <w:r w:rsidRPr="00237860">
        <w:rPr>
          <w:lang w:eastAsia="ko-KR"/>
        </w:rPr>
        <w:t xml:space="preserve"> : </w:t>
      </w:r>
      <w:r w:rsidRPr="00237860">
        <w:rPr>
          <w:rFonts w:ascii="맑은 고딕" w:eastAsia="맑은 고딕" w:hAnsi="맑은 고딕" w:cs="맑은 고딕" w:hint="eastAsia"/>
          <w:lang w:eastAsia="ko-KR"/>
        </w:rPr>
        <w:t>장학생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선발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및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장학사업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운영</w:t>
      </w:r>
      <w:r w:rsidRPr="00237860">
        <w:rPr>
          <w:lang w:eastAsia="ko-KR"/>
        </w:rPr>
        <w:t xml:space="preserve"> </w:t>
      </w:r>
    </w:p>
    <w:p w14:paraId="036A0AC9" w14:textId="77777777" w:rsidR="00237860" w:rsidRPr="00BD279C" w:rsidRDefault="00237860" w:rsidP="00237860">
      <w:pPr>
        <w:numPr>
          <w:ilvl w:val="0"/>
          <w:numId w:val="10"/>
        </w:numPr>
        <w:rPr>
          <w:lang w:eastAsia="ko-KR"/>
        </w:rPr>
      </w:pPr>
      <w:r w:rsidRPr="00237860">
        <w:rPr>
          <w:rFonts w:ascii="맑은 고딕" w:eastAsia="맑은 고딕" w:hAnsi="맑은 고딕" w:cs="맑은 고딕" w:hint="eastAsia"/>
          <w:lang w:eastAsia="ko-KR"/>
        </w:rPr>
        <w:t>보유기간</w:t>
      </w:r>
      <w:r w:rsidRPr="00237860">
        <w:rPr>
          <w:lang w:eastAsia="ko-KR"/>
        </w:rPr>
        <w:t xml:space="preserve"> : </w:t>
      </w:r>
      <w:r w:rsidRPr="00237860">
        <w:rPr>
          <w:rFonts w:ascii="맑은 고딕" w:eastAsia="맑은 고딕" w:hAnsi="맑은 고딕" w:cs="맑은 고딕" w:hint="eastAsia"/>
          <w:lang w:eastAsia="ko-KR"/>
        </w:rPr>
        <w:t>선발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종료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후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관련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법령에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따라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보관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후</w:t>
      </w:r>
      <w:r w:rsidRPr="00237860">
        <w:rPr>
          <w:lang w:eastAsia="ko-KR"/>
        </w:rPr>
        <w:t xml:space="preserve"> </w:t>
      </w:r>
      <w:r w:rsidRPr="00237860">
        <w:rPr>
          <w:rFonts w:ascii="맑은 고딕" w:eastAsia="맑은 고딕" w:hAnsi="맑은 고딕" w:cs="맑은 고딕" w:hint="eastAsia"/>
          <w:lang w:eastAsia="ko-KR"/>
        </w:rPr>
        <w:t>파기</w:t>
      </w:r>
      <w:r w:rsidRPr="00237860">
        <w:rPr>
          <w:lang w:eastAsia="ko-KR"/>
        </w:rPr>
        <w:t xml:space="preserve"> </w:t>
      </w:r>
    </w:p>
    <w:p w14:paraId="4F794D29" w14:textId="77777777" w:rsidR="00BD279C" w:rsidRPr="00237860" w:rsidRDefault="00BD279C" w:rsidP="00BD279C">
      <w:pPr>
        <w:ind w:left="720"/>
        <w:rPr>
          <w:lang w:eastAsia="ko-KR"/>
        </w:rPr>
      </w:pPr>
    </w:p>
    <w:p w14:paraId="162C7985" w14:textId="608DA4E1" w:rsidR="00237860" w:rsidRPr="00237860" w:rsidRDefault="00235E64" w:rsidP="00237860">
      <w:pPr>
        <w:rPr>
          <w:lang w:eastAsia="ko-KR"/>
        </w:rPr>
      </w:pPr>
      <w:r w:rsidRPr="00235E64">
        <w:rPr>
          <w:rFonts w:ascii="Segoe UI Symbol" w:hAnsi="Segoe UI Symbol" w:cs="Segoe UI Symbol"/>
          <w:sz w:val="28"/>
          <w:lang w:eastAsia="ko-KR"/>
        </w:rPr>
        <w:t>☐</w:t>
      </w:r>
      <w:r w:rsidR="002512F0">
        <w:rPr>
          <w:lang w:eastAsia="ko-KR"/>
        </w:rPr>
        <w:t xml:space="preserve"> </w:t>
      </w:r>
      <w:r w:rsidR="00237860" w:rsidRPr="00237860">
        <w:rPr>
          <w:lang w:eastAsia="ko-KR"/>
        </w:rPr>
        <w:t xml:space="preserve"> </w:t>
      </w:r>
      <w:r w:rsidR="00237860" w:rsidRPr="00237860">
        <w:rPr>
          <w:rFonts w:ascii="맑은 고딕" w:eastAsia="맑은 고딕" w:hAnsi="맑은 고딕" w:cs="맑은 고딕" w:hint="eastAsia"/>
          <w:lang w:eastAsia="ko-KR"/>
        </w:rPr>
        <w:t>개인정보</w:t>
      </w:r>
      <w:r w:rsidR="00237860" w:rsidRPr="00237860">
        <w:rPr>
          <w:lang w:eastAsia="ko-KR"/>
        </w:rPr>
        <w:t xml:space="preserve"> </w:t>
      </w:r>
      <w:r w:rsidR="00237860" w:rsidRPr="00237860">
        <w:rPr>
          <w:rFonts w:ascii="맑은 고딕" w:eastAsia="맑은 고딕" w:hAnsi="맑은 고딕" w:cs="맑은 고딕" w:hint="eastAsia"/>
          <w:lang w:eastAsia="ko-KR"/>
        </w:rPr>
        <w:t>수집</w:t>
      </w:r>
      <w:r w:rsidR="00237860" w:rsidRPr="00237860">
        <w:rPr>
          <w:lang w:eastAsia="ko-KR"/>
        </w:rPr>
        <w:t>·</w:t>
      </w:r>
      <w:r w:rsidR="00237860" w:rsidRPr="00237860">
        <w:rPr>
          <w:rFonts w:ascii="맑은 고딕" w:eastAsia="맑은 고딕" w:hAnsi="맑은 고딕" w:cs="맑은 고딕" w:hint="eastAsia"/>
          <w:lang w:eastAsia="ko-KR"/>
        </w:rPr>
        <w:t>이용에</w:t>
      </w:r>
      <w:r w:rsidR="00237860" w:rsidRPr="00237860">
        <w:rPr>
          <w:lang w:eastAsia="ko-KR"/>
        </w:rPr>
        <w:t xml:space="preserve"> </w:t>
      </w:r>
      <w:r w:rsidR="00237860" w:rsidRPr="00237860">
        <w:rPr>
          <w:rFonts w:ascii="맑은 고딕" w:eastAsia="맑은 고딕" w:hAnsi="맑은 고딕" w:cs="맑은 고딕" w:hint="eastAsia"/>
          <w:lang w:eastAsia="ko-KR"/>
        </w:rPr>
        <w:t>동의합니다</w:t>
      </w:r>
      <w:r w:rsidR="00237860" w:rsidRPr="00237860">
        <w:rPr>
          <w:lang w:eastAsia="ko-KR"/>
        </w:rPr>
        <w:t>.</w:t>
      </w:r>
      <w:r w:rsidR="002512F0" w:rsidRPr="002512F0">
        <w:rPr>
          <w:lang w:eastAsia="ko-KR"/>
        </w:rPr>
        <w:t xml:space="preserve"> </w:t>
      </w:r>
    </w:p>
    <w:p w14:paraId="6F1EABF6" w14:textId="77777777" w:rsidR="00237860" w:rsidRDefault="00237860" w:rsidP="00E669C5">
      <w:pPr>
        <w:rPr>
          <w:rFonts w:eastAsia="맑은 고딕"/>
          <w:lang w:eastAsia="ko-KR"/>
        </w:rPr>
      </w:pPr>
    </w:p>
    <w:p w14:paraId="44ED76EC" w14:textId="2439165C" w:rsidR="00237860" w:rsidRPr="00FB6548" w:rsidRDefault="00D80F01" w:rsidP="00237860">
      <w:pPr>
        <w:pStyle w:val="21"/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</w:pPr>
      <w:r>
        <w:rPr>
          <w:rFonts w:eastAsia="맑은 고딕" w:cstheme="majorHAnsi" w:hint="eastAsia"/>
          <w:color w:val="365F91" w:themeColor="accent1" w:themeShade="BF"/>
          <w:sz w:val="28"/>
          <w:szCs w:val="28"/>
          <w:lang w:eastAsia="ko-KR"/>
        </w:rPr>
        <w:t>7</w:t>
      </w:r>
      <w:r w:rsidR="00FB6548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 xml:space="preserve">. 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>지원자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 xml:space="preserve"> </w:t>
      </w:r>
      <w:r w:rsidR="00237860" w:rsidRPr="00FB6548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>확인</w:t>
      </w:r>
      <w:r w:rsidR="00B43C86">
        <w:rPr>
          <w:rFonts w:eastAsia="맑은 고딕" w:cstheme="majorHAnsi" w:hint="eastAsia"/>
          <w:color w:val="365F91" w:themeColor="accent1" w:themeShade="BF"/>
          <w:sz w:val="28"/>
          <w:szCs w:val="28"/>
          <w:lang w:eastAsia="ko-KR"/>
        </w:rPr>
        <w:t>/</w:t>
      </w:r>
      <w:r w:rsidR="00B43C86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 xml:space="preserve"> </w:t>
      </w:r>
      <w:r w:rsidR="00B43C86" w:rsidRPr="00B43C86">
        <w:rPr>
          <w:rFonts w:eastAsia="맑은 고딕" w:cstheme="majorHAnsi"/>
          <w:color w:val="365F91" w:themeColor="accent1" w:themeShade="BF"/>
          <w:sz w:val="28"/>
          <w:szCs w:val="28"/>
          <w:lang w:eastAsia="ko-KR"/>
        </w:rPr>
        <w:t>Applicant Declaration</w:t>
      </w:r>
    </w:p>
    <w:p w14:paraId="60616A8D" w14:textId="7B815144" w:rsidR="00237860" w:rsidRDefault="00237860" w:rsidP="00237860">
      <w:pPr>
        <w:rPr>
          <w:rFonts w:eastAsia="맑은 고딕"/>
          <w:lang w:eastAsia="ko-KR"/>
        </w:rPr>
      </w:pPr>
      <w:r w:rsidRPr="00237860">
        <w:rPr>
          <w:rFonts w:eastAsia="맑은 고딕"/>
          <w:lang w:eastAsia="ko-KR"/>
        </w:rPr>
        <w:t>본인은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제출한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내용이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사실과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다름없음을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확인하며</w:t>
      </w:r>
      <w:r w:rsidRPr="00237860">
        <w:rPr>
          <w:rFonts w:eastAsia="맑은 고딕"/>
          <w:lang w:eastAsia="ko-KR"/>
        </w:rPr>
        <w:t xml:space="preserve">, </w:t>
      </w:r>
      <w:r w:rsidRPr="00237860">
        <w:rPr>
          <w:rFonts w:eastAsia="맑은 고딕"/>
          <w:lang w:eastAsia="ko-KR"/>
        </w:rPr>
        <w:t>허위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사실이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확인될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경우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선발이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취소될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수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있음을</w:t>
      </w:r>
      <w:r w:rsidRPr="00237860">
        <w:rPr>
          <w:rFonts w:eastAsia="맑은 고딕"/>
          <w:lang w:eastAsia="ko-KR"/>
        </w:rPr>
        <w:t xml:space="preserve"> </w:t>
      </w:r>
      <w:r w:rsidRPr="00237860">
        <w:rPr>
          <w:rFonts w:eastAsia="맑은 고딕"/>
          <w:lang w:eastAsia="ko-KR"/>
        </w:rPr>
        <w:t>확인합니다</w:t>
      </w:r>
      <w:r w:rsidRPr="00237860">
        <w:rPr>
          <w:rFonts w:eastAsia="맑은 고딕"/>
          <w:lang w:eastAsia="ko-KR"/>
        </w:rPr>
        <w:t>.</w:t>
      </w:r>
    </w:p>
    <w:p w14:paraId="2C012CFF" w14:textId="54406785" w:rsidR="00D80F01" w:rsidRPr="00237860" w:rsidRDefault="0079237C" w:rsidP="00237860">
      <w:pPr>
        <w:rPr>
          <w:rFonts w:eastAsia="맑은 고딕"/>
          <w:lang w:eastAsia="ko-KR"/>
        </w:rPr>
      </w:pPr>
      <w:r w:rsidRPr="0079237C">
        <w:rPr>
          <w:rFonts w:eastAsia="맑은 고딕"/>
          <w:lang w:eastAsia="ko-KR"/>
        </w:rPr>
        <w:t>본인은</w:t>
      </w:r>
      <w:r w:rsidRPr="0079237C">
        <w:rPr>
          <w:rFonts w:eastAsia="맑은 고딕"/>
          <w:lang w:eastAsia="ko-KR"/>
        </w:rPr>
        <w:t xml:space="preserve"> </w:t>
      </w:r>
      <w:r w:rsidRPr="0079237C">
        <w:rPr>
          <w:rFonts w:eastAsia="맑은 고딕"/>
          <w:lang w:eastAsia="ko-KR"/>
        </w:rPr>
        <w:t>장학생으로</w:t>
      </w:r>
      <w:r w:rsidRPr="0079237C">
        <w:rPr>
          <w:rFonts w:eastAsia="맑은 고딕"/>
          <w:lang w:eastAsia="ko-KR"/>
        </w:rPr>
        <w:t xml:space="preserve"> </w:t>
      </w:r>
      <w:r w:rsidRPr="0079237C">
        <w:rPr>
          <w:rFonts w:eastAsia="맑은 고딕"/>
          <w:lang w:eastAsia="ko-KR"/>
        </w:rPr>
        <w:t>선발될</w:t>
      </w:r>
      <w:r w:rsidRPr="0079237C">
        <w:rPr>
          <w:rFonts w:eastAsia="맑은 고딕"/>
          <w:lang w:eastAsia="ko-KR"/>
        </w:rPr>
        <w:t xml:space="preserve"> </w:t>
      </w:r>
      <w:r w:rsidRPr="0079237C">
        <w:rPr>
          <w:rFonts w:eastAsia="맑은 고딕"/>
          <w:lang w:eastAsia="ko-KR"/>
        </w:rPr>
        <w:t>경우</w:t>
      </w:r>
      <w:r w:rsidRPr="0079237C">
        <w:rPr>
          <w:rFonts w:eastAsia="맑은 고딕"/>
          <w:lang w:eastAsia="ko-KR"/>
        </w:rPr>
        <w:t xml:space="preserve"> </w:t>
      </w:r>
      <w:r w:rsidRPr="000907A2">
        <w:rPr>
          <w:rFonts w:eastAsia="맑은 고딕"/>
          <w:lang w:eastAsia="ko-KR"/>
        </w:rPr>
        <w:t>만리현교회</w:t>
      </w:r>
      <w:r w:rsidRPr="000907A2">
        <w:rPr>
          <w:rFonts w:eastAsia="맑은 고딕"/>
          <w:lang w:eastAsia="ko-KR"/>
        </w:rPr>
        <w:t xml:space="preserve"> </w:t>
      </w:r>
      <w:r w:rsidR="00DF410D" w:rsidRPr="000907A2">
        <w:rPr>
          <w:rFonts w:eastAsia="맑은 고딕" w:hint="eastAsia"/>
          <w:lang w:eastAsia="ko-KR"/>
        </w:rPr>
        <w:t>장학회</w:t>
      </w:r>
      <w:r w:rsidR="00DF410D" w:rsidRPr="000907A2">
        <w:rPr>
          <w:rFonts w:eastAsia="맑은 고딕" w:hint="eastAsia"/>
          <w:lang w:eastAsia="ko-KR"/>
        </w:rPr>
        <w:t xml:space="preserve"> </w:t>
      </w:r>
      <w:r w:rsidRPr="000907A2">
        <w:rPr>
          <w:rFonts w:eastAsia="맑은 고딕"/>
          <w:lang w:eastAsia="ko-KR"/>
        </w:rPr>
        <w:t>장학</w:t>
      </w:r>
      <w:r w:rsidRPr="000907A2">
        <w:rPr>
          <w:rFonts w:eastAsia="맑은 고딕"/>
          <w:lang w:eastAsia="ko-KR"/>
        </w:rPr>
        <w:t xml:space="preserve"> </w:t>
      </w:r>
      <w:r w:rsidRPr="000907A2">
        <w:rPr>
          <w:rFonts w:eastAsia="맑은 고딕"/>
          <w:lang w:eastAsia="ko-KR"/>
        </w:rPr>
        <w:t>프로그램에</w:t>
      </w:r>
      <w:r w:rsidRPr="000907A2">
        <w:rPr>
          <w:rFonts w:eastAsia="맑은 고딕"/>
          <w:lang w:eastAsia="ko-KR"/>
        </w:rPr>
        <w:t xml:space="preserve"> </w:t>
      </w:r>
      <w:r w:rsidRPr="0079237C">
        <w:rPr>
          <w:rFonts w:eastAsia="맑은 고딕"/>
          <w:lang w:eastAsia="ko-KR"/>
        </w:rPr>
        <w:t>성실히</w:t>
      </w:r>
      <w:r w:rsidRPr="0079237C">
        <w:rPr>
          <w:rFonts w:eastAsia="맑은 고딕"/>
          <w:lang w:eastAsia="ko-KR"/>
        </w:rPr>
        <w:t xml:space="preserve"> </w:t>
      </w:r>
      <w:r w:rsidRPr="0079237C">
        <w:rPr>
          <w:rFonts w:eastAsia="맑은 고딕"/>
          <w:lang w:eastAsia="ko-KR"/>
        </w:rPr>
        <w:t>참여할</w:t>
      </w:r>
      <w:r w:rsidRPr="0079237C">
        <w:rPr>
          <w:rFonts w:eastAsia="맑은 고딕"/>
          <w:lang w:eastAsia="ko-KR"/>
        </w:rPr>
        <w:t xml:space="preserve"> </w:t>
      </w:r>
      <w:r w:rsidRPr="0079237C">
        <w:rPr>
          <w:rFonts w:eastAsia="맑은 고딕"/>
          <w:lang w:eastAsia="ko-KR"/>
        </w:rPr>
        <w:t>것에</w:t>
      </w:r>
      <w:r w:rsidRPr="0079237C">
        <w:rPr>
          <w:rFonts w:eastAsia="맑은 고딕"/>
          <w:lang w:eastAsia="ko-KR"/>
        </w:rPr>
        <w:t xml:space="preserve"> </w:t>
      </w:r>
      <w:r w:rsidRPr="0079237C">
        <w:rPr>
          <w:rFonts w:eastAsia="맑은 고딕"/>
          <w:lang w:eastAsia="ko-KR"/>
        </w:rPr>
        <w:t>동의합니다</w:t>
      </w:r>
      <w:r w:rsidRPr="0079237C">
        <w:rPr>
          <w:rFonts w:eastAsia="맑은 고딕"/>
          <w:lang w:eastAsia="ko-KR"/>
        </w:rPr>
        <w:t>.</w:t>
      </w:r>
    </w:p>
    <w:p w14:paraId="74F8D837" w14:textId="4196F4B6" w:rsidR="00E669C5" w:rsidRPr="00B43C86" w:rsidRDefault="00E669C5" w:rsidP="00E669C5">
      <w:pPr>
        <w:rPr>
          <w:rFonts w:eastAsia="맑은 고딕"/>
          <w:b/>
          <w:sz w:val="24"/>
          <w:lang w:eastAsia="ko-KR"/>
        </w:rPr>
      </w:pPr>
      <w:r>
        <w:rPr>
          <w:lang w:eastAsia="ko-KR"/>
        </w:rPr>
        <w:br/>
      </w:r>
      <w:r w:rsidRPr="00B43C86">
        <w:rPr>
          <w:b/>
          <w:sz w:val="24"/>
          <w:lang w:eastAsia="ko-KR"/>
        </w:rPr>
        <w:t>지원자</w:t>
      </w:r>
      <w:r w:rsidRPr="00B43C86">
        <w:rPr>
          <w:b/>
          <w:sz w:val="24"/>
          <w:lang w:eastAsia="ko-KR"/>
        </w:rPr>
        <w:t xml:space="preserve"> </w:t>
      </w:r>
      <w:r w:rsidRPr="00B43C86">
        <w:rPr>
          <w:b/>
          <w:sz w:val="24"/>
          <w:lang w:eastAsia="ko-KR"/>
        </w:rPr>
        <w:t>성명</w:t>
      </w:r>
      <w:r w:rsidRPr="00B43C86">
        <w:rPr>
          <w:b/>
          <w:sz w:val="24"/>
          <w:lang w:eastAsia="ko-KR"/>
        </w:rPr>
        <w:t>(</w:t>
      </w:r>
      <w:r w:rsidR="00237860" w:rsidRPr="00B43C86">
        <w:rPr>
          <w:rFonts w:ascii="맑은 고딕" w:eastAsia="맑은 고딕" w:hAnsi="맑은 고딕" w:cs="맑은 고딕" w:hint="eastAsia"/>
          <w:b/>
          <w:sz w:val="24"/>
          <w:lang w:eastAsia="ko-KR"/>
        </w:rPr>
        <w:t>Name</w:t>
      </w:r>
      <w:r w:rsidRPr="00B43C86">
        <w:rPr>
          <w:b/>
          <w:sz w:val="24"/>
          <w:lang w:eastAsia="ko-KR"/>
        </w:rPr>
        <w:t>): __________________</w:t>
      </w:r>
      <w:r w:rsidR="00237860" w:rsidRPr="00B43C86">
        <w:rPr>
          <w:rFonts w:eastAsia="맑은 고딕" w:hint="eastAsia"/>
          <w:b/>
          <w:sz w:val="24"/>
          <w:lang w:eastAsia="ko-KR"/>
        </w:rPr>
        <w:t>______</w:t>
      </w:r>
      <w:r w:rsidRPr="00B43C86">
        <w:rPr>
          <w:b/>
          <w:sz w:val="24"/>
          <w:lang w:eastAsia="ko-KR"/>
        </w:rPr>
        <w:t>___</w:t>
      </w:r>
      <w:r w:rsidR="00B43C86" w:rsidRPr="00B43C86">
        <w:rPr>
          <w:rFonts w:eastAsia="맑은 고딕" w:hint="eastAsia"/>
          <w:b/>
          <w:sz w:val="24"/>
          <w:lang w:eastAsia="ko-KR"/>
        </w:rPr>
        <w:t>__</w:t>
      </w:r>
    </w:p>
    <w:p w14:paraId="55317590" w14:textId="38FC495B" w:rsidR="00237860" w:rsidRPr="00B43C86" w:rsidRDefault="00237860" w:rsidP="00E669C5">
      <w:pPr>
        <w:rPr>
          <w:rFonts w:eastAsia="맑은 고딕"/>
          <w:b/>
          <w:sz w:val="24"/>
          <w:lang w:eastAsia="ko-KR"/>
        </w:rPr>
      </w:pPr>
      <w:r w:rsidRPr="00B43C86">
        <w:rPr>
          <w:rFonts w:eastAsia="맑은 고딕" w:hint="eastAsia"/>
          <w:b/>
          <w:sz w:val="24"/>
          <w:lang w:eastAsia="ko-KR"/>
        </w:rPr>
        <w:t>서명</w:t>
      </w:r>
      <w:r w:rsidRPr="00B43C86">
        <w:rPr>
          <w:rFonts w:eastAsia="맑은 고딕" w:hint="eastAsia"/>
          <w:b/>
          <w:sz w:val="24"/>
          <w:lang w:eastAsia="ko-KR"/>
        </w:rPr>
        <w:t>(S</w:t>
      </w:r>
      <w:r w:rsidRPr="00B43C86">
        <w:rPr>
          <w:rFonts w:eastAsia="맑은 고딕"/>
          <w:b/>
          <w:sz w:val="24"/>
          <w:lang w:eastAsia="ko-KR"/>
        </w:rPr>
        <w:t>i</w:t>
      </w:r>
      <w:r w:rsidRPr="00B43C86">
        <w:rPr>
          <w:rFonts w:eastAsia="맑은 고딕" w:hint="eastAsia"/>
          <w:b/>
          <w:sz w:val="24"/>
          <w:lang w:eastAsia="ko-KR"/>
        </w:rPr>
        <w:t>gnature): _________________________________</w:t>
      </w:r>
      <w:r w:rsidR="00B43C86" w:rsidRPr="00B43C86">
        <w:rPr>
          <w:rFonts w:eastAsia="맑은 고딕" w:hint="eastAsia"/>
          <w:b/>
          <w:sz w:val="24"/>
          <w:lang w:eastAsia="ko-KR"/>
        </w:rPr>
        <w:t>__</w:t>
      </w:r>
    </w:p>
    <w:p w14:paraId="25502BC4" w14:textId="34FB383C" w:rsidR="00E669C5" w:rsidRPr="00235E64" w:rsidRDefault="00E669C5">
      <w:pPr>
        <w:rPr>
          <w:rFonts w:eastAsia="맑은 고딕"/>
          <w:b/>
          <w:sz w:val="24"/>
          <w:lang w:eastAsia="ko-KR"/>
        </w:rPr>
      </w:pPr>
      <w:r w:rsidRPr="00B43C86">
        <w:rPr>
          <w:b/>
          <w:sz w:val="24"/>
          <w:lang w:eastAsia="ko-KR"/>
        </w:rPr>
        <w:t>날짜</w:t>
      </w:r>
      <w:r w:rsidRPr="00B43C86">
        <w:rPr>
          <w:b/>
          <w:sz w:val="24"/>
          <w:lang w:eastAsia="ko-KR"/>
        </w:rPr>
        <w:t>(Date):</w:t>
      </w:r>
      <w:r w:rsidR="00B43C86" w:rsidRPr="00B43C86">
        <w:rPr>
          <w:b/>
          <w:sz w:val="24"/>
          <w:lang w:eastAsia="ko-KR"/>
        </w:rPr>
        <w:t xml:space="preserve"> </w:t>
      </w:r>
      <w:r w:rsidRPr="00B43C86">
        <w:rPr>
          <w:b/>
          <w:sz w:val="24"/>
          <w:lang w:eastAsia="ko-KR"/>
        </w:rPr>
        <w:t xml:space="preserve"> _____________________</w:t>
      </w:r>
      <w:r w:rsidR="00B43C86" w:rsidRPr="00B43C86">
        <w:rPr>
          <w:b/>
          <w:sz w:val="24"/>
          <w:lang w:eastAsia="ko-KR"/>
        </w:rPr>
        <w:t>___________________</w:t>
      </w:r>
    </w:p>
    <w:sectPr w:rsidR="00E669C5" w:rsidRPr="00235E64" w:rsidSect="00235E64">
      <w:pgSz w:w="12240" w:h="15840" w:code="1"/>
      <w:pgMar w:top="1418" w:right="1797" w:bottom="1418" w:left="179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763AA" w14:textId="77777777" w:rsidR="005D48B4" w:rsidRDefault="005D48B4" w:rsidP="008C09C7">
      <w:pPr>
        <w:spacing w:after="0" w:line="240" w:lineRule="auto"/>
      </w:pPr>
      <w:r>
        <w:separator/>
      </w:r>
    </w:p>
  </w:endnote>
  <w:endnote w:type="continuationSeparator" w:id="0">
    <w:p w14:paraId="00EBAD9E" w14:textId="77777777" w:rsidR="005D48B4" w:rsidRDefault="005D48B4" w:rsidP="008C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903E8" w14:textId="77777777" w:rsidR="005D48B4" w:rsidRDefault="005D48B4" w:rsidP="008C09C7">
      <w:pPr>
        <w:spacing w:after="0" w:line="240" w:lineRule="auto"/>
      </w:pPr>
      <w:r>
        <w:separator/>
      </w:r>
    </w:p>
  </w:footnote>
  <w:footnote w:type="continuationSeparator" w:id="0">
    <w:p w14:paraId="0047C1F9" w14:textId="77777777" w:rsidR="005D48B4" w:rsidRDefault="005D48B4" w:rsidP="008C0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F21551"/>
    <w:multiLevelType w:val="multilevel"/>
    <w:tmpl w:val="F524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ECC"/>
    <w:rsid w:val="0006063C"/>
    <w:rsid w:val="0006337B"/>
    <w:rsid w:val="000907A2"/>
    <w:rsid w:val="000C4296"/>
    <w:rsid w:val="0015074B"/>
    <w:rsid w:val="00191746"/>
    <w:rsid w:val="00213F7F"/>
    <w:rsid w:val="00235E64"/>
    <w:rsid w:val="00237860"/>
    <w:rsid w:val="002501D0"/>
    <w:rsid w:val="002512F0"/>
    <w:rsid w:val="0029639D"/>
    <w:rsid w:val="002A09E7"/>
    <w:rsid w:val="00326F90"/>
    <w:rsid w:val="004F1524"/>
    <w:rsid w:val="00513B19"/>
    <w:rsid w:val="005D48B4"/>
    <w:rsid w:val="00620FD3"/>
    <w:rsid w:val="006427E6"/>
    <w:rsid w:val="00666CE4"/>
    <w:rsid w:val="007167B8"/>
    <w:rsid w:val="0079237C"/>
    <w:rsid w:val="008143EA"/>
    <w:rsid w:val="008C09C7"/>
    <w:rsid w:val="008F7865"/>
    <w:rsid w:val="009845D7"/>
    <w:rsid w:val="00A323CC"/>
    <w:rsid w:val="00A3531F"/>
    <w:rsid w:val="00AA1D8D"/>
    <w:rsid w:val="00B43C86"/>
    <w:rsid w:val="00B47730"/>
    <w:rsid w:val="00BD279C"/>
    <w:rsid w:val="00C7610E"/>
    <w:rsid w:val="00CB0664"/>
    <w:rsid w:val="00D80F01"/>
    <w:rsid w:val="00DB5E5C"/>
    <w:rsid w:val="00DF410D"/>
    <w:rsid w:val="00E669C5"/>
    <w:rsid w:val="00EE2D81"/>
    <w:rsid w:val="00F20915"/>
    <w:rsid w:val="00F64916"/>
    <w:rsid w:val="00F74364"/>
    <w:rsid w:val="00FB65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18378E"/>
  <w14:defaultImageDpi w14:val="300"/>
  <w15:docId w15:val="{8C7A48C6-54DC-4948-90FA-42AE4D9F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0DE6FC-E6D2-48F9-8139-2E7D99F4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SMU-PC</cp:lastModifiedBy>
  <cp:revision>2</cp:revision>
  <dcterms:created xsi:type="dcterms:W3CDTF">2026-07-07T02:43:00Z</dcterms:created>
  <dcterms:modified xsi:type="dcterms:W3CDTF">2026-07-07T02:43:00Z</dcterms:modified>
  <cp:category/>
</cp:coreProperties>
</file>